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9Sp/104/2013 z 19. 2. 2015</w:t>
      </w:r>
    </w:p>
    <w:p>
      <w:r>
        <w:t>Uznesenie Krajského súdu Bratislava z 19. februára 2015, sp. zn. 9Sp/104/2013, ECLI:SK:KSBA:2015:1013202035.3</w:t>
      </w:r>
    </w:p>
    <w:p>
      <w:r>
        <w:t>Súd: Krajský súd Bratislava</w:t>
      </w:r>
    </w:p>
    <w:p>
      <w:r>
        <w:t>Spisová značka: 9Sp/104/2013</w:t>
      </w:r>
    </w:p>
    <w:p>
      <w:r>
        <w:t>ECLI: ECLI:SK:KSBA:2015:1013202035.3</w:t>
      </w:r>
    </w:p>
    <w:p>
      <w:r>
        <w:t>Dátum vydania: 19. 2. 2015</w:t>
      </w:r>
    </w:p>
    <w:p>
      <w:r>
        <w:t>Forma: Uznesenie</w:t>
      </w:r>
    </w:p>
    <w:p>
      <w:pPr>
        <w:pStyle w:val="Heading2"/>
      </w:pPr>
      <w:r>
        <w:t>Text rozhodnutia</w:t>
      </w:r>
    </w:p>
    <w:p>
      <w:r>
        <w:t>Súd: Krajský súd Bratislava Spisová značka: 9Sp/104/2013 Identifikačné číslo súdneho spisu: 1013202035 Dátum vydania rozhodnutia: 20. 02. 2015 Meno a priezvisko sudcu, VSÚ: JUDr. Beata Jurgošová ECLI: ECLI:SK:KSBA:2015:1013202035.3 Uznesenie Krajský súd v Bratislave v právnej veci navrhovateľa: E.. Z. M., F.. XX.XX.XXXX, Q. T. D. XX, XXX XX T., P.Á. I. W. XX, XXX XX T., proti odporcovi: Centrum právnej pomoci, Kancelária Bratislava, Nám. Slobody č. 12, 810 05 Bratislava, o preskúmanie zákonnosti rozhodnutia odporcu zo dňa 10.10.2013 sp .zn. 6909/2013, takto r o z h o d o l : Súd opravný prostriedok navrhovateľa o d m i e t a. Žiaden z účastníkov nemá právo na náhradu trov konania. o d ô v o d n e n i e : Navrhovateľ sa domáhal podľa tretej hlavy piatej časti Občianskeho súdneho poriadku (ďalej len „O.s.p.“) preskúmania zákonnosti rozhodnutia odporcu zo dňa 10.10.2013 sp. zn. 6909/2013, ktorým mu nebol priznaný nárok na poskytovanie právnej pomoci. Navrhovateľ podal dňa 18.11.2013 na súde odvolanie proti predmetnému rozhodnutiu s tým, že ho doplnil podaním doručeným súdu dňa 25.11.2013. Odporca vo vyjadrení k podanému opravnému prostriedku mal za to, že odvolanie nebolo podané v zákonom stanovenej 15 dňovej lehote. Z obsahu pripojeného administratívneho spisu odporcu súd zistil, že napadnuté rozhodnutie odporcu obsahovalo riadne poučenie o možnosti podať voči nemu opravný prostriedok v lehote 15 dní odo dňa jeho doručenia. Na základe doručenky je zrejmé, že predmetné rozhodnutie bolo odporcovi neúspešne doručené s výzvou o opakované doručenie dňa 14.10.2013. Opakované doručenie bolo vykonané dňa 15.10.2013 a následne bola písomnosť po neúspešnom opakovanom doručení uložená dňa 15.10.2013 na pošte. Navrhovateľ prevzal písomnosť dňa 02.11.2013, čo potvrdil podpisom na doručenke. Súd výzvou zo dňa 29.04.2014 vyzval navrhovateľa, aby oznámil súdu, či sa dňa 14.10.2013 a 15.10.2013 zdržiaval na adrese W. XX, T. a v prípade ak sa na uvedenej adrese nezdržiaval, aby to preukázal hodnoverným spôsobom. Navrhovateľ podaním dňa 29.05.2014 oznámil súdu, že na adrese W. XX, T. v uvedených dňoch nezdržiaval. Ďalšou výzvou zo dňa 30.06.2014 vyzval súd navrhovateľa, aby predložil listinné dôkazy o pobyte v zahraničí v dňoch 14.10.2013 a 15.10.2013 s tým, ak nepredloží v stanovenej lehote doklad, súd bude vychádzať z toho, že pobyt nepreukázal. Dňa 23.07.2014 doručil navrhovateľ čestné vyhlásenie svedka, D. H., ktorého v uvedených dňoch zastupoval v právnej veci. Podľa § 24 ods. 2 zák. č. 71/1967 Zb. o správnom konaní (ďalej len „Správny poriadok“) ak nebol adresát písomnosti, ktorá sa má doručiť do vlastných rúk, zastihnutý, hoci sa v mieste doručenia zdržiava, doručovateľ ho vhodným spôsobom upovedomí, že písomnosť príde znovu doručiť v určený deň a hodinu. Ak nový pokus o doručenie zostane bezvýsledný, doručovateľ uloží písomnosť na pošte a adresáta o tom vhodným spôsobom upovedomí. Ak si adresát nevyzdvihne písomnosť do troch dní od uloženia, posledný deň tejto lehoty sa považuje za deň doručenia, aj keď sa adresát o uložení nedozvedel. Podľa § 250p O.s.p.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Odvolanie proti uzneseniu je prípustné. Z obsahu spisu je zrejmé, že navrhovateľ na adrese trvalého bydliska nebýva a zásielky si preberá na adrese W. XX, T.. Napriek výzve súdu nepreukázal hodnoverným spôsobom, že sa na adrese W. XX, T. dňa 14.10.2013 a 15.10.2013 nezdržiaval (napr. listinnými dokladmi osvedčujúcimi skutočnosť kde v zahraničí sa zdržiaval, resp. v akej právnej veci zastupoval svedka D. H.). Na pojednávaní konanom dňa 10.10.2014 neobjasnil uvedené skutočnosti týkajúce sa jeho pobytu mimo Bratislavy v uvedených dňoch a ani skutočnosti ohľadom bývania (kde sa zvyčajne zdržiava). V danom prípade bol opravný prostriedok navrhovateľa podaný oneskorene. Navrhovateľ si nevyzdvihol zásielku do troch dní od jej uloženia a posledný deň tejto lehoty, t.j. 18.10.2013, sa považoval za deň doručenia. Dňom 21.08.2013 začala teda plynúť 15-dňová lehota na podanie odvolania voči nemu, ktorá sa skončila dňa 04.11.2013 (pondelok). Navrhovateľ podal osobne súdu svoje odvolanie voči napadnutému rozhodnutiu dňa 18.11.2013, ktoré doplnil podaním dňa 25.11.2013. Pretože návrh - opravný prostriedok voči napadnutému rozhodnutiu odporcu bol podaný oneskorene, rozhodol súd tak, ako to je uvedené vo výrokovej časti tohto uznesenia. O náhrade trov konania súd rozhodol podľa § 146 ods. 1 písm. c/ O.s.p. v spojení s § 246c O.s.p. analogicky ako pri zastavení konania tak, že žiadnemu z účastníkov náhradu trov konania nepriznal. Poučenie: Proti tomuto uzneseniu možno podať odvolanie do 15 dní odo dňa jeho doručenia, prostredníctvom procesného súdu na Najvyšší súd Slovenskej republiky, v dvoch písomných vyhotoveniach.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https://www.kauzis.sk/judikatura/r/ECLI:SK:KSBA:2015:1013202035.3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