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2S/276/2013 z 7. 6. 2015</w:t>
      </w:r>
    </w:p>
    <w:p>
      <w:r>
        <w:t>Uznesenie Krajského súdu Bratislava z 7. júna 2015, sp. zn. 2S/276/2013, ECLI:SK:KSBA:2015:1013202058.2</w:t>
      </w:r>
    </w:p>
    <w:p>
      <w:r>
        <w:t>Súd: Krajský súd Bratislava</w:t>
      </w:r>
    </w:p>
    <w:p>
      <w:r>
        <w:t>Spisová značka: 2S/276/2013</w:t>
      </w:r>
    </w:p>
    <w:p>
      <w:r>
        <w:t>ECLI: ECLI:SK:KSBA:2015:1013202058.2</w:t>
      </w:r>
    </w:p>
    <w:p>
      <w:r>
        <w:t>Dátum vydania: 7.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2S/276/2013 Identifikačné číslo súdneho spisu: 1013202058 Dátum vydania rozhodnutia: 08. 06. 2015 Meno a priezvisko sudcu, VSÚ: JUDr. Lucia Lasabová ECLI: ECLI:SK:KSBA:2015:1013202058.2 Uznesenie Krajský súd v Bratislave v právnej veci navrhovateľa: Okresná prokuratúra Bratislava IV, Saratovská 1/ A, Bratislava, proti odporcovi: Mestská časť Bratislava - Lamač, Malokarpatské námestie 6, Bratislava, o vyslovenie nesúladu všeobecne záväzného nariadenia odporcu č. 3/2009 zo dňa 23.04.2009, takto r o z h o d o l : Krajský súd v Bratislave o p r a v u j e v záhlaví a vo výroku rozsudku Krajského súdu v Bratislave č. k. 2S/276/2013-40 zo dňa 10.12.2014 nesprávny dátum vydania všeobecne záväzného nariadenia odporcu č. 3/2009 „zo dňa 23.04.2013“ tak, že má správne znieť „zo dňa 23.04.2009“. V ostatných častiach zostáva rozsudok Krajského súdu v Bratislave č. k. 2S/276/2013-40 zo dňa 10.12.2014 nezmenený. o d ô v o d n e n i e : Pri písomnom vyhotovení rozsudku Krajského súdu v Bratislave č. k. 2S/276/2013-40 zo dňa 10.12.2014 došlo k pisárskej chybe, keď bol v jeho záhlaví a vo výroku uvedený nesprávny dátum vydania všeobecne záväzného nariadenia odporcu č. 3/2009 zo dňa „23.04.2013“, pričom správne malo byť uvedené, že toto nariadenie je „zo dňa 23.04.2009“.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https://www.kauzis.sk/judikatura/r/ECLI:SK:KSBA:2015:1013202058.2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