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10Sd/197/2013 z 26. 1. 2015</w:t>
      </w:r>
    </w:p>
    <w:p>
      <w:r>
        <w:t>Opravné uznesenie Krajského súdu Bratislava z 26. januára 2015, sp. zn. 10Sd/197/2013, ECLI:SK:KSBA:2015:1013202074.4</w:t>
      </w:r>
    </w:p>
    <w:p>
      <w:r>
        <w:t>Súd: Krajský súd Bratislava</w:t>
      </w:r>
    </w:p>
    <w:p>
      <w:r>
        <w:t>Spisová značka: 10Sd/197/2013</w:t>
      </w:r>
    </w:p>
    <w:p>
      <w:r>
        <w:t>ECLI: ECLI:SK:KSBA:2015:1013202074.4</w:t>
      </w:r>
    </w:p>
    <w:p>
      <w:r>
        <w:t>Dátum vydania: 26. 1.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10Sd/197/2013 Identifikačné číslo súdneho spisu: 1013202074 Dátum vydania rozhodnutia: 27. 01. 2015 Meno a priezvisko sudcu, VSÚ: JUDr. Beata Jurgošová ECLI: ECLI:SK:KSBA:2015:1013202074.4 Opravné uznesenie Krajský súd v Bratislave v právnej veci navrhovateľa: P. P., O.. XX.XX.XXXX, V. V., H.. P. H.. Č.. X, zastúpeného JUDr. Darinou Tomčovou, advokátkou so sídlom v Šenkviciach, Ul. Záhradná č. 58, proti odporkyni: Sociálna poisťovňa, ústredie, Ul. 29. augusta č. 10, Bratislava, o zvýšenie invalidného dôchodku, o preskúmanie zákonnosti rozhodnutia odporkyne zo dňa 16. septembra 2013, F.. K.. XXX XXX XXXX X, takto r o z h o d o l : Súd opravuje druhý výrok rozsudku č. k. 10Sd/197/2013-57 zo dňa 19.11.2014 tak, že správne znie: „Odporkyňa je povinná zaplatiť navrhovateľovi trovy konania vo výške 193,38 € na účet jeho advokáta, do 15 dní od právoplatnosti rozsudku.“ Súd opravuje odôvodnenie rozsudku č. k. 10Sd/197/2013-57 zo dňa 19.11.2014 na strane 4 predposledný odsek, druhá veta tak, že správne znie: „Trovy konania predstavujú trovy právneho zastúpenia v sume 193,38 €.“ Súd zároveň odkladá vykonateľnosť rozsudku č. k. 10Sd/197/2013-57 zo dňa 19.11.2014 v časti náhrady trov právneho zastúpenia na čas, kým toto opravné uznesenie nenadobudne právoplatnosť. o d ô v o d n e n i e : Krajský súd v Bratislave rozhodol vo veci rozsudkom č.k. 10Sd/197/2013-57 zo dňa 19.11.2014, v ktorom uviedol, že odporkyňa je povinná zaplatiť navrhovateľovi trovy konania vo výške 337,68 € na účet jeho advokáta, do 15 dní od právoplatnosti rozsudku. Odporkyňa podaním zo dňa 19.01.2015 doručeným súdu dňa 22.01.2015 namietala, že v rozsudku došlo k chybe v počítaní, nakoľko v zmysle odôvodnenia rozsudku bola odmena advokáta priznaná podľa § 11 ods. 4 a § 13a ods.1 Vyhl. č. 655/2004 Z. z. o odmenách a náhradách advokátov vo výške jednej trinástiny výpočtového základu za 2 úkony právnej služby ( prevzatie a príprava zastúpenia a účasť na pojednávaní dňa 19.11.2014 ) á 61,85 €; + 2 x réžijný paušál á 8,04 € a podľa § 17 ods. 1 bola priznaná náhrada za stratu času zo Šenkvíc do Bratislavy a späť ( 40 minút ) za účasť na pojednávaní ( 13,40 € x 4, spolu 53,60 € ), čo spolu predstavuje sumu 193,38 €. Zároveň požiadala o odklad vykonateľnosti predmetného rozsudku na čas, kým opravné uznesenie nenadobudne právoplatnosť. Podľa ust. § 164 zákona č. 99/1963 Občianskeho súdneho poriadku v znení neskorších predpisov,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ust. § 165 O.s.p. pokiaľ nemá odôvodnenie rozsudku podklad v zistení skutkového stavu, môže účastník pred tým, ako rozsudok nadobudne právoplatnosť, navrhnúť, aby odôvodnenie bolo opravené. Súd prvého stupňa rozhodne o návrhu na opravu do 30 dní od jeho podania. Ak súd prvého stupňa nevyhovie návrhu, predloží vec do 30 dní od podania návrhu odvolaciemu súdu, ktorý o oprave rozhodne do 60 dní od predloženia veci. O oprave dôvodov rozhoduje súd uznesením. Pojednávanie netreba nariaďovať. Súd dodatočne zistil, že pri písomnom vyhotovovaní rozsudku došlo k chybe v počítaní, pretože trovy konania predstavujú trovy právneho zastúpenia v sume 193,38 €, a preto súd v zmysle citovaných ustanovení vykonal opravu rozsudku týmto opravným uznesením. Poučenie: Proti tomuto uzneseniu možno podať odvolanie v lehote 15 dní odo dňa jeho doručenia na Najvyšší súd Slovenskej republiky prostredníctvom Krajského súdu v Bratislave, písomne, vo dvoch vyhotoveniach. Odvolacia lehota v prípade opravovaného rozsudku plynie znovu od doručenia opravného uznesenia len v rozsahu vykonanej opravy (§ 204 ods. 1 O.s.p.)</w:t>
      </w:r>
    </w:p>
    <w:p/>
    <w:p>
      <w:r>
        <w:t>Zdroj: KAUZIS.SK – https://www.kauzis.sk/judikatura/r/ECLI:SK:KSBA:2015:1013202074.4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