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5S/5/2014 z 23. 11. 2015</w:t>
      </w:r>
    </w:p>
    <w:p>
      <w:r>
        <w:t>Opravné uznesenie Krajského súdu Bratislava z 23. novembra 2015, sp. zn. 5S/5/2014, ECLI:SK:KSBA:2015:1014200032.2</w:t>
      </w:r>
    </w:p>
    <w:p>
      <w:r>
        <w:t>Súd: Krajský súd Bratislava</w:t>
      </w:r>
    </w:p>
    <w:p>
      <w:r>
        <w:t>Spisová značka: 5S/5/2014</w:t>
      </w:r>
    </w:p>
    <w:p>
      <w:r>
        <w:t>ECLI: ECLI:SK:KSBA:2015:1014200032.2</w:t>
      </w:r>
    </w:p>
    <w:p>
      <w:r>
        <w:t>Dátum vydania: 23. 11.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5S/5/2014 Identifikačné číslo súdneho spisu: 1014200032 Dátum vydania rozhodnutia: 24. 11. 2015 Meno a priezvisko sudcu, VSÚ: Mgr. Helena Marcinkechová ECLI: ECLI:SK:KSBA:2015:1014200032.2 Opravné uznesenie Krajský súd v Bratislave v právnej veci žalobcu: žalobcu: Q. W., bytom D. XXX, XXX XX T., zastúpený: Mgr. Janka Krakovská, advokátka, Čajakova 1, 040 01 Košice, proti žalovanému: Sociálna poisťovňa - ústredie, ul. 29. augusta 8-10, 813 63 Bratislava, o preskúmanie zákonnosti rozhodnutia žalovaného č. XXXXX-X/R.-BA zo dňa XX.XX.XXXX, takto r o z h o d o l : Súd opravuje v záhlaví rozsudku č.k. 5S/5/2014-40 zo dňa 7.4.2015 bydlisko žalobcu tak, že správne bydlisko žalobcu je v obci Drnava. Súd opravuje v prvom odseku odôvodnenia rozsudku č.k. 5S/5/2014-40 zo dňa 7.4.2015 rok vydania napadnutého rozhodnutia tak, že správny rok vydania napadnutého rozhodnutia je 2013. o d ô v o d n e n i e : Pri písomnom vyhotovení rozsudku č.k. 5S/5/2014-40 zo dňa 7.4.2015 došlo k chybe v písaní, keď v záhlaví predmetného rozsudku bola ako obec bydliska žalobcu uvedená Trnava a v prvom odseku odôvodnenia uvedeného rozsudku bolo uvedené, že napadnuté rozhodnutie bolo vydané roku 2012. Správne bydlisko žalobcu je v obci Drnava a napadnuté rozhodnutie bolo vydané roku 2013.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https://www.kauzis.sk/judikatura/r/ECLI:SK:KSBA:2015:1014200032.2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