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6S/11/2014 z 8. 3. 2015</w:t>
      </w:r>
    </w:p>
    <w:p>
      <w:r>
        <w:t>Opravné uznesenie Krajského súdu Bratislava z 8. marca 2015, sp. zn. 6S/11/2014, ECLI:SK:KSBA:2015:1014200092.2</w:t>
      </w:r>
    </w:p>
    <w:p>
      <w:r>
        <w:t>Súd: Krajský súd Bratislava</w:t>
      </w:r>
    </w:p>
    <w:p>
      <w:r>
        <w:t>Spisová značka: 6S/11/2014</w:t>
      </w:r>
    </w:p>
    <w:p>
      <w:r>
        <w:t>ECLI: ECLI:SK:KSBA:2015:1014200092.2</w:t>
      </w:r>
    </w:p>
    <w:p>
      <w:r>
        <w:t>Dátum vydania: 8. 3.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6S/11/2014 Identifikačné číslo súdneho spisu: 1014200092 Dátum vydania rozhodnutia: 09. 03. 2015 Meno a priezvisko sudcu, VSÚ: JUDr. Judita Kokolevská ECLI: ECLI:SK:KSBA:2015:1014200092.2 Opravné uznesenie Krajský súd v Bratislave v právnej veci navrhovateľa obnovy konania - žalovaného v pôvodnom konaní: Okresný úrad Bratislava, Pozemkový a lesný odbor, so sídlom Trenčianska 55, Bratislava proti žalobcovi v pôvodnom konaní: Podielnicke družstvo DUNAJ, so sídlom Vývojová 852, Bratislava - Rusovce, v konaní o návrhu na obnovu konania, a oprave uznesenia č. k. 6S/11/2014-7 zo dňa 28.2.2014, takto r o z h o d o l : Uznesenie Krajského súdu v Bratislave č.k. 6S/11/2014-7 zo dňa 28.2.2014 sa v záhlaví opravuje tak, že správne znie: „Krajský súd v Bratislave v právnej veci navrhovateľa obnovy konania - žalovaného v pôvodnom konaní: Okresný úrad Bratislava, Pozemkový a lesný odbor, so sídlom Trenčianska 55, Bratislava proti žalobcovi v pôvodnom konaní: Podielnicke družstvo DUNAJ, so sídlom Vývojová 852, Bratislava - Rusovce, v konaní o návrhu na obnovu konania, jednohlasne, takto ... „ Uznesenie Krajského súdu v Bratislave č. k. 6S/11/2014-7 zo dňa 28.2.2014 sa v prvom odseku odôvodnenia opravuje tak, že správne znie: „Návrhom doručeným Krajskému súdu v Bratislave dňa 23.1.2014 sa navrhovateľ obnovy konania, v pôvodnom konaní žalovaný, domáhal obnovy konania podľa § 228 a nasl. ustanovení O.s.p. proti rozhodnutiu č.k. 5S/73/2013 - 58 zo dňa 12.11.2013, ktorým senát Krajského súdu v Bratislave rozhodol o žalobe žalobcu tak, že súd napadnuté rozhodnutie žalovaného č. 6556/12/479/10/MSO zo dňa 25.1.2012 zrušil podľa § 250j ods. 3 O.s.p. a vec vrátil žalovanému na ďalšie konanie.“ o d ô v o d n e n i e : Návrhom doručeným Krajskému súdu v Bratislave dňa 23.1.2014 sa navrhovateľ obnovy konania, v pôvodnom konaní žalovaný, domáhal obnovy konania podľa § 228 a nasl. ustanovení O.s.p. proti rozhodnutiu č.k. 5S/73/2013 - 58 zo dňa 12.11.2013, ktorým senát Krajského súdu v Bratislave rozhodol o žalobe žalobcu tak, že súd napadnuté rozhodnutie žalovaného č. 6556/12/479/10/MSO zo dňa 25.1.2012 zrušil podľa § 250j ods. 3 O.s.p. a vec vrátil žalovanému na ďalšie konanie. Uznesením č.k. 6S/11/2014 - 7 zo dňa 28.2.2014 krajský súd konanie zastavil a žiadnemu z účastníkov náhradu trov konania nepriznal. Proti tomuto uzneseniu podal žalovaný odvolanie a z toho titulu bol spis predložený na rozhodnutie o odvolaní Najvyššiemu súdu Slovenskej republiky. Ten listom zo dňa 26.2.2013 vec vrátil krajskému súdu na opravu záhlavia odvolaním napadnutého uznesenia. Podľa § 164 veta prvá a druhá O.s.p, súd kedykoľvek aj bez návrhu opraví v rozsudku chyby v písaní a počítaní, ako aj iné zrejmé nesprávnosti. O oprave vydá opravné uznesenie, ktoré doručí účastníkom. Nakoľko v záhlaví a v prvom odseku odôvodnenia písomného vyhotovenia rozhodnutia došlo k chybe, keď boli nesprávne uvedení účastníci konania, súd v zmysle § 164 O.s.p. uvedené chyby opravil. Poučenie: Proti tomuto uzneseniu možno podať odvolanie do 15 dní odo dňa jeho písomného doručenia na Najvyšší súd Slovenskej republiky, prostredníctvom Krajského súdu v Bratislave. V odvolaní sa má popri všeobecných náležitostiach (§ 42 ods. 3 OSP)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https://www.kauzis.sk/judikatura/r/ECLI:SK:KSBA:2015:1014200092.2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