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2S/18/2014 z 25. 5. 2015</w:t>
      </w:r>
    </w:p>
    <w:p>
      <w:r>
        <w:t>Uznesenie Krajského súdu Bratislava z 25. mája 2015, sp. zn. 2S/18/2014, ECLI:SK:KSBA:2015:1014200150.1</w:t>
      </w:r>
    </w:p>
    <w:p>
      <w:r>
        <w:t>Súd: Krajský súd Bratislava</w:t>
      </w:r>
    </w:p>
    <w:p>
      <w:r>
        <w:t>Spisová značka: 2S/18/2014</w:t>
      </w:r>
    </w:p>
    <w:p>
      <w:r>
        <w:t>ECLI: ECLI:SK:KSBA:2015:1014200150.1</w:t>
      </w:r>
    </w:p>
    <w:p>
      <w:r>
        <w:t>Dátum vydania: 25.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2S/18/2014 Identifikačné číslo súdneho spisu: 1014200150 Dátum vydania rozhodnutia: 26. 05. 2015 Meno a priezvisko sudcu, VSÚ: JUDr. Vlastimil Pavlikovský ECLI: ECLI:SK:KSBA:2015:1014200150.1 Uznesenie Krajský súd v Bratislave v právnej veci žalobcu: BUM Media s.r.o., IČO: 46 514 210, Šamorínska 10, Bratislava, proti žalovanému: Finančné riaditeľstvo Slovenskej republiky, Lazovná 63, Banská Bystrica, o preskúmanie zákonnosti rozhodnutia žalovaného č. XXXXXXX/X/XXXXXX/XXXX/XXXX zo dňa 10.12.2013, takto r o z h o d o l : Krajský súd v Bratislave o d k l a d á vykonateľnosť rozhodnutia žalovaného č. XXXXXXX/ X/XXXXXX/XXXX/XXXX zo dňa 10.12.2013 v spojení s rozhodnutím Daňového úradu Bratislava č. XXXXXXX/X/XXXXXXX/XXXX zo dňa 16.09.2013, a to až do právoplatnosti rozhodnutia súdu vo veci samej. o d ô v o d n e n i e : Žalobou doručenou Krajskému súdu v Bratislave dňa 04.02.2014 sa žalobca domáha preskúmania zákonnosti rozhodnutia žalovaného č. XXXXXXX/X/XXXXXX/XXXX/XXXX zo dňa 10.12.2013 (ďalej len „napadnuté rozhodnutie“), ktorým žalovaný podľa § 74 ods. 4 zákona č. 563/2009 Z. z. o správe daní (daňový poriadok) a o zmene a doplnení niektorých zákonov v znení neskorších predpisov (ďalej len „daňový poriadok“) potvrdil odvolaním napadnuté rozhodnutie Daňového úradu Bratislava č. XXXXXXX/ X/XXXXXXX/XXXX zo dňa 16.09.2013, ktorým bola žalobcovi ako žiadateľovi o registráciu pre daň z pridanej hodnoty (ďalej len „DPH“) určená povinnosť zložiť zábezpeku na DPH vo výške 500 000 eur na obdobie 12 mesiacov. Žalobca zároveň požiadal Krajský súd v Bratislave o odklad vykonateľnosti napadnutého rozhodnutia v spojení s prvostupňovým rozhodnutím Daňového úradu Bratislava č. XXXXXXX/X/XXXXXXX/XXXX zo dňa 16.09.2013. Oznámením č. k. 2S/18/2014-50 zo dňa 07.05.2014 Krajský súd v Bratislave jeho žiadosti nevyhovel. Dňa 14.04.2015 bola Krajskému súdu v Bratislave osobne doručená opakovaná žiadosť žalobcu o odklad vykonateľnosti napadnutého rozhodnutia v spojení s prvostupňovým rozhodnutím Daňového úradu Bratislava č. XXXXXXX/X/XXXXXXX/XXXX zo dňa 16.09.2013. Argumentoval svojou neustále pretrvávajúcou platobnou neschopnosťou s hrozbou vypovedania zmluvy o bežnom účte, ktorá je výrazne zhoršená výkonom daňovej exekúcie. Podmienky daňovej exekúcie mu fakticky znemožňujú napĺňať akýkoľvek podnikateľský plán. V žiadosti tiež poukázal na právnu relevanciu odkladu vykonateľnosti v prípade vymáhania maximálne možnej sumy 500 000 eur ako daňovej zábezpeky vyplývajúcej aj z analogických súdnych prípadov a citoval rozhodnutie Krajského súdu v Žiline sp. zn. 20S/97/2009 zo dňa 07.12.2010. Žalobca tiež v žiadosti poukázal na doterajšiu rozhodovaciu prax Krajského súdu v Bratislave a na skutočnosť, že vo veciach vedených pod sp. zn. 1S/256/2013, 1S/257/2013 a 2S/254/2013, 2S/255/2013 tunajší súd zrušil napadnuté rozhodnutia pre ich nepreskúmateľnosť pre nedostatok dôvodov, pričom v týchto veciach bola odložená vykonateľnosť. V tejto súvislosti upozornil na povinnosť súdov rozhodovať v skutkovo zhodných prípadoch tak, aby nevznikali neodôvodnené rozdiely. Nevyhovenie žiadosti o odklad vykonateľnosti bolo podľa názoru žalobcu nedostatočne zdôvodnené. Vykonanie povinnosti zložiť zábezpeku v tak vysokej sume a za opodstatneného predpokladu neskoršieho rozhodnutia o nezákonnosti napadnutého rozhodnutia pôsobí na žalobcu ako na daňový subjekt likvidačne, spôsobuje jeho platobnú neschopnosť a poškodzuje jeho dobré meno vo finančnom ústave - ČSOB, kde bol doručený návrh na začatie daňového konania. Táto skutočnosť znižuje jeho dôveryhodnosť, čo má za následok neposkytnutie úverových prostriedkov, hrozbu zrušenia účtu a nadbytočné náklady z poplatkov za vedenie bežného účtu. Vzhľadom na to, že žalobca nezaplatil iné peňažné plnenie ani v náhradnej lehote, bol dňa 28.10.2014 bol Daňovým úradom Bratislava vydaný daňový exekučný príkaz o nariadení daňovej exekúcie prikázaním pohľadávky z účtu v banke. V dôsledku rozhodnutí žalovaného, ktoré sú v rozpore so základnými zásadami správy daní podľa § 3 daňového poriadku, dochádza k vážnym problémom spoločnosti zrealizovať podnikateľské zámery, uspokojiť veriteľov a akumulovať potrebný kapitál. Žalobca opakovane poukázal na hrozbu závažnej ujmy spočívajúcej v povinnosti podať návrh na vyhlásenie konkurzu. Žalobca mal za to, že nevyhovenie žiadosti o odklad vykonateľnosti by predstavovalo procesné rozhodnutie, ktoré by v podmienkach zjavne nezákonných rozhodnutí žalovaného v otázkach daňových zábezpek určujúcich maximálnu výšku daňových zábezpek a v podmienkach daňových exekúcií prebiehajúcich v súvislosti s ich vymáhaním znamenalo zásah do jeho práva na spravodlivý súdny proces, práva na podnikanie a práva na vlastníctvo. Podľa § 250c veta druhá O.s.p., na žiadosť účastníka môže predseda senátu uznesením vykonateľnosť rozhodnutia odložiť, ak by okamžitým výkonom napadnutého rozhodnutia hrozila závažná ujma. Krajský súd v Bratislave považoval dôvody uvedené v opakovanej žiadosti žalobcu o odklad vykonateľnosti vo výroku identifikovaných rozhodnutí za opodstatnené, pričom predovšetkým zohľadnil skutočnosť, že ich okamžitým výkonom mu hrozí závažná ujma spočívajúca v platobnej neschopnosti uhrádzať vzniknuté záväzky. Žalobcovi tiež hrozí vypovedanie zmluvy o bežnom účte a s tým spojené nadbytočné náklady z poplatkov za jeho vedenie. Z dôvodu daňovej exekúcie má fakticky znemožnené napĺňanie akéhokoľvek podnikateľského plánu a okamžitým výkonom by mohla byť ohrozená jeho existencia ako podnikateľského subjektu. Neodloženie vykonateľnosti by mohlo mať za následok vznik nenapraviteľných škôd na jeho majetku a v konečnom dôsledku by vzhľadom na výšku vymáhanej sumy mohlo dôjsť aj k vyhláseniu konkurzu. Táto skutočnosť by nepochybne poškodila žalobcu ako aj meno jeho štatutára v dôsledku neplnenia záväzkov, na plnenie ktorých sa zaviazal. Krajský súd v Bratislave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https://www.kauzis.sk/judikatura/r/ECLI:SK:KSBA:2015:1014200150.1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