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10Scud/4/2014 z 12. 3. 2015</w:t>
      </w:r>
    </w:p>
    <w:p>
      <w:r>
        <w:t>Rozsudok Krajského súdu Bratislava z 12. marca 2015, sp. zn. 10Scud/4/2014, ECLI:SK:KSBA:2015:1014200201.2</w:t>
      </w:r>
    </w:p>
    <w:p>
      <w:r>
        <w:t>Súd: Krajský súd Bratislava</w:t>
      </w:r>
    </w:p>
    <w:p>
      <w:r>
        <w:t>Spisová značka: 10Scud/4/2014</w:t>
      </w:r>
    </w:p>
    <w:p>
      <w:r>
        <w:t>ECLI: ECLI:SK:KSBA:2015:1014200201.2</w:t>
      </w:r>
    </w:p>
    <w:p>
      <w:r>
        <w:t>Dátum vydania: 12. 3. 2015</w:t>
      </w:r>
    </w:p>
    <w:p>
      <w:r>
        <w:t>Forma: Rozsudok</w:t>
      </w:r>
    </w:p>
    <w:p>
      <w:r>
        <w:t>Oblasť práva: Správne právo</w:t>
      </w:r>
    </w:p>
    <w:p>
      <w:pPr>
        <w:pStyle w:val="Heading2"/>
      </w:pPr>
      <w:r>
        <w:t>Text rozhodnutia</w:t>
      </w:r>
    </w:p>
    <w:p>
      <w:r>
        <w:t>Súd: Krajský súd Bratislava Spisová značka: 10Scud/4/2014 Identifikačné číslo súdneho spisu: 1014200201 Dátum vydania rozhodnutia: 13. 03. 2015 Meno a priezvisko sudcu, VSÚ: JUDr. Beata Jurgošová ECLI: ECLI:SK:KSBA:2015:1014200201.2 ROZSUDOK V MENE SLOVENSKEJ REPUBLIKY Krajský súd v Bratislave sudkyňou JUDr. Beátou Jurgošovou v právnej veci navrhovateľky J. W., A. Y. XXX, W., Č. T. proti odporkyni Sociálnej poisťovni ústredie v Bratislave, Ul. 29. augusta č. 8, Bratislava o invalidný dôchodok takto r o z h o d o l : Súd rozhodnutie odporkyne č. XXX XXX XXXX X - J.. zo dňa 26. februára 2015 p o t v r d z u j e. Účastníkom náhradu trov konania nepriznáva. o d ô v o d n e n i e : Rozhodnutím Č. XXX XXX XXXX X zo dňa 7.11.2013 odporkyňa podľa § 70 ods. 1 zákona č. 461/2003 Z.z. o sociálnom poistení v znení neskorších predpisov a podľa čl. 46 nariadenia (ES) Európskeho parlamentu a Rady č. 883/2004 o koordinácii systémov sociálneho zabezpečenia zamietla žiadosť navrhovateľky o invalidný dôchodok zo dňa 22. mája 2013. Rozhodla tak s odôvodnením, že podľa posudku posudkového lekára sociálneho poistenia, pobočky Sociálnej poisťovne Trnava zo dňa 21.októbra 2013 navrhovateľka nie je invalidná podľa § 71 ods. 1 zákona č. 461/2003 Z.z., lebo pre dlhodobo nepriaznivý zdravotný stav nemá pokles schopnosti vykonávať zárobkovú činnosť o viac ako 40% v porovnaní so zdravou fyzickou osobou. Rozhodnutím číslo XXX XXX XXXX X - J.. zo dňa 26.2.2015 odporkyňa zrušila rozhodnutie Č. XXX XXX XXXX zo dňa 7. novembra 2013 o zamietnutí žiadosti o priznanie invalidného dôchodku s odôvodnením, že zdravotný stav navrhovateľky bol opätovne posúdený a podľa lekárskej správy posudkového lekára Sociálnej poisťovne, ústredie z 26.1.2015 navrhovateľka bola uznaná za invalidnú podľa § 71 ods. 1 zákona č. 461/2003 Z.z. o sociálnom poistení od 25. júna 2014, miera poklesu schopnosti vykonávať zárobkovú činnosť bola stanovená na 50 %. Rozhodnutím číslo XXX XXX XXXX X - J.. zo dňa 26. februára 2015 odporkyňa podľa § 70 ods. 1 a § 82 zákona č. 461/2003 Z.z. o sociálnom poistení v znení neskorších predpisov a podľa čl. 52 ods. 1 písm.a) a ods. 4 nariadenia (ES) Európskeho parlamentu a Rady č. 883/2004 o koordinácii systémov sociálneho zabezpečenia v znení nariadenia Európskeho parlamenu a Rady (ES) č. 988/2009 priznala navrhovateľke od 25. júna 2014 invalidný dôchodok v sume 122,20 eur mesačne. Podľa § 1 opatrenia Ministerstva práce, sociálnych vecí a rodiny Slovenskej republiky č. 295/2014 Z.z., ktorým sa ustanovuje pevná suma zvýšenia dôchodkovej dávky a percento zvýšenia úrazovej renty, odporkyňa od 1.januára 2015 zvýšila navrhovateľke invalidný dôchodok na sumu 124,90 eur mesačne. Rozhodla tak s odôvodnením, že podľa posudku posudkového lekára sociálneho poistenia Sociálnej poisťovne zo dňa 26. januára 2015 navrhovateľka bola uznaná za invalidnú, miera poklesu schopnosti vykonávať zárobkovú činnosť u navrhovateľky je 50 %. Navrhovateľka návrhom zo dňa 25.11.2013 žiadala preskúmať rozhodnutie odporkyne Č. XXX XXX XXXX X zo dňa 7. novembra 2013 a namietala nepriaznivý zdravotný stav, ktorý podľa nej odôvodňuje vznik nároku na invalidný dôchodok. Krajský súd preskúmal rozhodnutie číslo podľa § 250l a nasl. O.s.p., prejednal návrh navrhovateľky a dospel k záveru, že návrh nie je dôvodný. Krajský súd vykonal dokazovanie výsluchom odporkyne, posudkom posudkového lekára Sociálnej poisťovne pobočky Trnava zo dňa 21.10.2013 a posudkom posudkového lekára Sociálnej poisťovne ústredie Bratislava zo dňa 5.2.2014 a zo dňa 26.1.2015,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 priemernej mesačnej sumy invalidného dôchodku priznaného z dôvodu poklesu schopnosti vykonávať zárobkovú činnosť najviac o 70 %, priemernej mesačnej sumy vdovského dôchodku a vdoveckého dôchodku a od priemernej mesačnej sumy sirotského dôchodku vykázaných Sociálnou poisťovňou k 30. júnu kalendárneho roka, ktorý predchádza príslušnému kalendárnemu roku. Podľa § 82 ods. 5 písn. a) cit. zákona invalidný dôchodok priznaný z dôvodu poklesu schopnosti vykonávať zárobkovú činnosť najviac o 70 % vyplácaný k 1. januáru príslušného kalendárneho roka a invalidný dôchodok priznaný z dôvodu poklesu schopnosti vykonávať zárobkovú činnosť najviac o 70 % priznaný od 1. januára do 31. decembra príslušného kalendárneho roka sa zvyšujú podľa odseku 1 písm. a) o pevnú sumu určenú percentom, ktoré sa určí v roku 2013 ako súčet 50 % medziročného rastu spotrebiteľských cien a 50 % medziročného rastu priemernej mesačnej mzdy, z priemernej mesačnej sumy invalidného dôchodku priznaného z dôvodu poklesu schopnosti vykonávať zárobkovú činnosť najviac o 70 %. Podľa § 293ce ods. 3 písm. d) zákona č. 461/2003 Z. z. v znení zákona č. 252/2012 účinnom od 1.9.2012 pevná suma zvýšenia invalidného dôchodku priznaného z dôvodu poklesu schopnosti vykonávať zárobkovú činnosť najviac o 70 % sa určí percentom, ktoré sa určí ako súčet 50 % medziročného rastu spotrebiteľských cien a 50 %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 vykázanej Sociálnou poisťovňou k 30. júnu 2012. Podľa § 1 písm. g) opatrenia Ministerstva práce, sociálnych vecí a rodiny Slovenskej republiky č. 295/2014 Z. z., ktorým sa ustanovuje pevná suma zvýšenia dôchodkovej dávky a percento zvýšenia úrazovej renty v roku 2015, pevná suma zvýšenia dôchodkovej dávky v roku 2015 sa ustanovuje takto: 2,70 eura, ak ide o invalidný dôchodok priznaný z dôvodu poklesu schopnosti vykonávať zárobkovú činnosť najviac o 70 %. Podľa článku 52 ods. 1 písm. a) nariadenia (ES) Európskeho parlamentu a Rady č. 833/2014 o koordinácii systémov sociálneho zabezpečenia v znení nariadenia Európskeho parlamentu a rady (ES) č. 987/2009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 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poistnej udalosti podľa právnych predpisov všetkých členských štátov. Podľa článku 52 ods. 4 cit. nariadenia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Na základe žiadosti navrhovateľky o invalidný dôchodok, zdravotný stav a pracovná schopnosť navrhovateľky boli posúdené posudkovým lekárom Sociálnej poisťovne pobočka Trnava, ktorý v posudku zo dňa 21.10.2013 uviedol, že navrhovateľka je viac rokov liečená pre hypertenznú chorobu so zmenami na cievach očného pozadia. Od roku 2007 je liečená pre cukrovku II. typu na PAD, opakovane bola hospitalizovaná pre nevyhovujúce hodnoty glykémií, a inzulín odmieta. Nie sú u nej prítomné diakomplikácie. Mieru poklesu schopnosti vykonávať zárobkovú činnosť posudkový lekár stanovil na 20 %, podľa kapitoly IX oddiel A položka 10 písmeno b. Navrhovateľka nie je invalidná podľa § 71 ods. 1 zákona č. 461/2003 Z.z. o sociálnom zabezpečení lebo pre dlhodobo nepriaznivý zdravotný stav nemá pokles schopnosti vykonávať zárobkovú činnosť o viac ako 40% v porovnaní so zdravou fyzickou osobou. Posudkový lekár Sociálnej poisťovne ústredie Bratislava v posudku zo dňa 5.2.2014 uviedol, že navrhovateľka je viac rokov liečená pre ľahkú formu hypertenzie, pri liečbe hodnoty Tk sú dobre kompenzované, bez orgánových komplikácii. Od roku 2007 sa lieči aj na cukrovku, ktorá spočiatku bola kompenzovaná dietou, následne kompenzovaná aj perorálnou liečbou bez dokázaných chronických komplikácii cukrovky. Uvedené ochorenia sú posudkovo nevýznamné, liečbou dobre kompenzované, nespĺňajú posudkové kritéria invalidity. Navrhovateľka nie je invalidná podľa § 71 ods. 1 zákona č. 461/2003 Z.z. o sociálnom zabezpečení lebo pre dlhodobo nepriaznivý zdravotný stav nemá pokles schopnosti vykonávať zárobkovú činnosť o viac ako 40% v porovnaní so zdravou fyzickou osobou. Miera poklesu schopnosti vykonávať zárobkovú činnosť u navrhovateľky je 20 %. V priebehu súdneho konania navrhovateľka doložila novšie lekárske nálezy. Posudkový lekár sociálnej poisťovne ústredie Bratislava v posudku zo dňa 26.1.2015 uviedol, že doložené aktuálne odborné vyšetrenia včítane opakovaných prepúšťacích správ dokumentujú zhoršenie zdravotného stavu posudzovanej oproti posudku zo dňa 5.2.2014. V priebehu roku 2014 bola navrhovateľka 3 x hospitalizovaná na internom oddelení pre dekompenzáciu cukrovky, naposledy v júni 2014, kedy za účelom kompenzácie cukrovky bola nasadená inzulínoterapia v kombinácii s perorálnou liečbou. Podľa aktuálnych odborných diabetických vyšetrení prítomná počínajúca diabetická nefropatia bez obmedzenia obličkových funkcií. Od decembra 2014 je v liečbe a sledovaní endokrinologickej ambulancii pre uzlovitú strumu a od januára 2015 v liečbe psychiatra pre adaptačnú neurotickú poruchu - uvedené ochorenia vyžadujú ďalšie sledovania a liečbu. Z posudkového hľadiska nespĺňajú kritéria dlhodobého nepriaznivého zdravotného stavu. Rozhodujúce zdravotné postihnutie - cukrovka nedostatočne kompenzovaná inzulínom a perorálnou liečbou s výskytom jednej počínajúcej diabetickej komplikácie v zmysle nefropatie mierneho stupňa bez obmedzenia obličkových funkcií zaradil do kapitoly IV, položky 1, písmeno c) s MPSVZČ 50 %. Poukázal na to, že hypertenzia dobre kompenzovaná liečbou bez orgánových komplikácii je posudkovo nevýznamné ochorenie, ktoré neznižuje pracovnú schopnosť navrhovateľky a nezdôvodňuje ani percentuálne navýšenie rozhodujúceho zdravotného postihnutia. Dátum vzniku invalidity stanovil dátumom poslednej hospitalizačnej správy na internom oddelení, t.j. od 25.6.2014, kedy bola u navrhovateľky nasadená inzulínoterapia pre nedostatočnú kompenzáciu cukrovky s dokumentovaním rozhodujúceho zdravotného postihnutia. Navrhovateľka je invalidná podľa § 71 ods. 1 zákona č. 461/2003 Z.z. o sociálnom poistení. Na základe tohto posudku odporkyňa vydala rozhodnutie Č..XXX XXX XXXX X- J.. zo dňa 26. februára 2015, ktorým zrušila rozhodnutie Č. XXX XXX XXXX X zo dňa 7. novembra 2013 o zamietnutí žiadosti o invalidný dôchodok. Zároveň dňa 26. februára 2015 vydala rozhodnutie Č. XXX XXX XXXX X- J.., ktorým podľa § 70 ods. 1 a § 82 zákona č. 461/2003 Z.z. o sociálnom poistení v znení neskorších predpisov a podľa čl. 52 ods. 1 písm. b) nariadenia (ES) Európskeho parlamentu a Rady č. 883/2004 o koordinácii systémov sociálneho zabezpečenia priznala navrhovateľke od 25. júna 2014 invalidný dôchodok v sume 122,20 eur mesačne. Zároveň od 1. januára 2015 zvýšila invalidný dôchodok na sumu 124,90 eur mesačne. Navrhovateľka sa na pojednávanie dňa 13.3.2015 napriek riadnemu predvolaniu nedostavila, svoju neúčasť na ňom ospravedlnila zo zdravotných dôvodov a súhlasila, aby súd rozhodol v jej neprítomnosti, a preto súd podľa § 101 ods. 2 Občianskeho súdneho poriadku (ďalej len O.s.p.) vec prejednal v jej neprítomnosti. Zástupkyňa odporkyne vzhľadom na závery posudkového lekára žiadala rozhodnutie o priznaní invalidného dôchodku zo dňa 26.2.2015 ako vecne správne potvrdiť. Posudkový lekár sociálneho poistenia Sociálnej poisťovne pobočka Trnava ako aj posudkový lekár sociálneho poistenia Sociálnej poisťovne ústredie Bratislava vo svojich vyššie uvedených posudkoch zohľadnili všetky navrhovateľkou uvádzané ťažkosti, vysporiadali sa s lekárskymi nálezmi nachádzajúcimi sa v zdravotnej dokumentácii navrhovateľky a určili, že rozhodujúcim zdravotným postihnutím u navrhovateľky sú Choroby obehovej sústavy (kapitola IX., oddiel A, položka 10, písmeno b) prílohy č. 4 zákona č. 461/2003 Z .z.), s pôvodne stanovenou mierou poklesu schopnosti vykonávať zárobkovú činnosť 20 %. Posudkový lekár sociálnej poisťovne ústredie Bratislava po vyhodnotení nových lekárskych nálezov konštatoval, že aktuálne odborné vyšetrenia včítane opakovaných prepúšťacích správ dokumentujú zhoršenie zdravotného stavu navrhovateľky. V priebehu roku 2014 bola navrhovateľka 3 x hospitalizovaná na internom oddelení pre dekompenzáciu cukrovky, naposledy v júni 2014, kedy za účelom kompenzácie cukrovky bola nasadená inzulínoterapia v kombinácii s perorálnou liečbou. Od decembra 2014 je v liečbe a sledovaní endokrinologickej ambulancii pre uzlovitú strumu a od januára 2015 v liečbe psychiatra pre adaptáčnú neurotickú poruchu - uvedené ochorenia vyžadujú ďalšie sledovanie a liečbu. Ako rozhodujúce zdravotné postihnutie u navrhovateľky stanovil cukrovku nedostatočne kompenzovanú inzulínom a perorálnou liečbou s výskytom jednej počínajúcej diabetickej komplikácie v zmysle nefropatie mierneho stupňa bez obmedzenia obličkových funkcií (kapitola IV, položka 1, písmeno c) prílohy č. 4 zákona č. 461/2003 Z. z.) a zmenil mieru poklesu schopnosti vykonávať zárobkovú činnosť na 50 %. Dátum vzniku invalidity navrhovateľky stanovil dňom 25.6.2014, t.j. dňom poslednej hospitalizačnej správy na internom oddelení. Zároveň konštatoval, že hypertenzia dobre kompenzovaná liečbou bez orgánových komplikácií je posudkovo nevýznamné ochorenie, ktoré neznižuje pracovnú schopnosť navrhovateľky a nezdôvodňuje ani percentuálne navýšenie rozhodujúceho zdravotného postihnutia. Zistenia posudkových lekárov neboli spochybnené ani v súdnom konaní. Závery posudkov posudkového lekára Sociálnej poisťovne pobočka Trnava a posudkového lekára Sociálnej poisťovne ústredie Bratislava zo dňa 5.2.2014 a 26.1.2015 sú odborné, presvedčivé, náležite zdôvodnené a súd nezistil rozpor medzi ich závermi a zisteným skutočným stavom. Výšku invalidného dôchodku navrhovateľky odporkyňa určila v súlade s ust. § 73 ods. 2 zákona č. 461/2003 Z. z. o sociálnom poistení v znení neskorších predpisov ako ako súčin priemerného osobného mzdového bodu, obdobia dôchodkového poistenia spolu s pripočítaným obdobím, aktuálnej dôchodkovej hodnoty a percentuálneho poklesu schopnosti vykonávať zárobkovú činnosť. Priemerný osobný mzdový bod 0,5948 x 38,5727 rokov obdobia dôchodkového poistenia spolu s pripočítaným obdobím x aktuálna dôchodková hodnota 10,2524 x 50 % = 117,70 eur mesačne. K tejto sume (podľa § 82 zákona č. 461/2003 Z. z. v znení neskorších predpisov) patrí zvýšenie odo dňa priznania dôchodku o 4,50 eur mesačne ( o pevnú sumu zvýšenia invalidného dôchodku ustanovenú v § 1 písm. g) opatrenia Ministerstva práce, sociálnych vecí a rodiny Slovenskej republiky č. 329/2013 Z. z. ), čo predstavuje sumu 122,20 eur mesačne. Suma invalidného dôchodku sa ďalej zvýšila od 1. januára 2015 o 2,70 eur mesačne na 124,90 eur mesačne. Navrhovateľke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Navrhovateľke bola zhodnotená aj doba starostlivosti o deti v celom rozsahu. Zo zisteného skutkového stavu súd mal za to, že odporkyňa pri priznaní invalidného dôchodku navrhovateľky a jeho výpočte nepochybila a postupovala správne podľa citovaných zákonných ustanovení. Súd preto z vyššie uvedených dôvodov rozhodnutie Č. XXX XXX XXXX X - J.. zo dňa 26. februára 2015, ktorým bol priznaný invalidný dôchodok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https://www.kauzis.sk/judikatura/r/ECLI:SK:KSBA:2015:1014200201.2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