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2S/26/2014 z 25. 8. 2015</w:t>
      </w:r>
    </w:p>
    <w:p>
      <w:r>
        <w:t>Uznesenie Krajského súdu Bratislava z 25. augusta 2015, sp. zn. 2S/26/2014, ECLI:SK:KSBA:2015:1014200241.3</w:t>
      </w:r>
    </w:p>
    <w:p>
      <w:r>
        <w:t>Súd: Krajský súd Bratislava</w:t>
      </w:r>
    </w:p>
    <w:p>
      <w:r>
        <w:t>Spisová značka: 2S/26/2014</w:t>
      </w:r>
    </w:p>
    <w:p>
      <w:r>
        <w:t>ECLI: ECLI:SK:KSBA:2015:1014200241.3</w:t>
      </w:r>
    </w:p>
    <w:p>
      <w:r>
        <w:t>Dátum vydania: 25. 8. 2015</w:t>
      </w:r>
    </w:p>
    <w:p>
      <w:r>
        <w:t>Forma: Uznesenie</w:t>
      </w:r>
    </w:p>
    <w:p>
      <w:pPr>
        <w:pStyle w:val="Heading2"/>
      </w:pPr>
      <w:r>
        <w:t>Text rozhodnutia</w:t>
      </w:r>
    </w:p>
    <w:p>
      <w:r>
        <w:t>Súd: Krajský súd Bratislava Spisová značka: 2S/26/2014 Identifikačné číslo súdneho spisu: 1014200241 Dátum vydania rozhodnutia: 26. 08. 2015 Meno a priezvisko sudcu, VSÚ: JUDr. Vlastimil Pavlikovský ECLI: ECLI:SK:KSBA:2015:1014200241.3 Uznesenie Krajský súd v Bratislave v právnej veci žalobkyne: E.. Y.. Y. F., A. XXXX/X, L., zastúpená: Doc. JUDr. Mária Srebalová PhD., advokátka, Námestie hraničiarov 9, Bratislava, proti žalovanému: Komora reštaurátorov, Lermontovova 8, Bratislava, o preskúmanie zákonnosti rozhodnutia žalovaného č. I. X/ XXXX zo dňa 16.12.2013, takto r o z h o d o l : Krajský súd v Bratislave konanie z a s t a v u j e . Žiaden z účastníkov nemá právo na náhradu trov konania. o d ô v o d n e n i e : Žalobou doručenou Krajskému súdu v Bratislave dňa 19.02.2014, doplnenou podaním doručeným tunajšiemu súdu dňa 15.04.2014, sa žalobkyňa domáha vyslovenia neplatnosti jej disciplinárneho postihu. Rozhodnutím žalovaného č. ODK/X/XXXX zo dňa 16.12.2013 (ďalej len „napadnuté rozhodnutie“) bolo zamietnuté odvolanie žalobkyne ako disciplinárne obvinenej zo dňa 08.10.2013 a bolo potvrdené rozhodnutie disciplinárneho senátu Komory reštaurátorov č. DK X/XXXX zo dňa 16.09.2013 (ďalej len „prvostupňové rozhodnutie“). Napadnutým rozhodnutím bolo zároveň vyhovené odvolaniu žalobkyne zo dňa 30.09.2013 proti prvostupňovému rozhodnutiu a v odôvodnení prvostupňového rozhodnutia na strane 7, 13 riadok zhora, vo vete „Tie potvrdzujú, že nepretržite od roku 1995 až doteraz sú zapísané v zozname reštaurátorov so špecializáciou S1“ bolo vypustené slovo „1995 a bolo nahradené slovom „2001“. Podľa § 21 ods. 1 zákona č. 200/1994 Z. z. o Komore reštaurátorov a o výkone reštaurátorskej činnosti jej členov (ďalej len „zákon č. 200/1994 Z. z.“), disciplinárne konanie uskutočňuje trojčlenný disciplinárny senát (§ 27) na písomný návrh predsedu dozornej rady. Podľa § 21 ods. 3 zákona č. 200/1994 Z. z., proti písomnému rozhodnutiu disciplinárneho senátu môže reštaurátor, ktorého sa rozhodnutie týka, alebo predseda dozornej rady podať odvolanie do pätnástich dní odo dňa doručenia tohto rozhodnutia. Podľa § 21 ods. 4 zákona č. 200/1994 Z. z., o odvolaní rozhoduje predstavenstvo komory, ktoré pôvodné rozhodnutie buď potvrdí, alebo zruší. Ak predstavenstvo komory zruší pôvodné rozhodnutie, je disciplinárny senát povinný rešpektovať jeho rozhodnutie. Podľa § 21 ods. 5 zákona č. 200/1994 Z. z., rozhodnutie disciplinárneho senátu, ktorým bolo uložené disciplinárne opatrenie, je preskúmateľné súdom podľa osobitných predpisov; návrh je oprávnený podať len reštaurátor, ktorého sa rozhodnutie týka, a to do pätnástich dní odo dňa doručenia tohto rozhodnutia.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citovaných ustanovení vyplýva, že na podanie žaloby o preskúmanie zákonnosti rozhodnutia Komory reštaurátorov v disciplinárnych veciach sa nevzťahuje všeobecná lehota dvoch mesiacov ustanovená v § 250b ods. 1 veta prvá O.s.p. (lex generalis), ale lehota 15 dní ustanovená v § 21 ods. 5 zákona č. 200/1994 Z. z. (lex specialis), ktorá začína plynúť odo dňa doručenia disciplinárneho rozhodnutia. Z administratívneho spisu súd zistil, že žalobkyni bolo napadnuté rozhodnutie doručené dňa 20.12.2013. Žalobkyni začala plynúť 15- dňová zákonná lehota na podanie žaloby, ktorej zmeškanie nemožno odpustiť, dňa 21.12.2013, pričom táto lehota podľa § 21 ods. 5 zákona č. 200/1994 Z. z. uplynula dňa 07.01.2014. Vzhľadom na to, že žaloba bola podaná až dňa 19.02.2014, bola podaná po uplynutí zákonom stanovenej lehoty - oneskorene. Vzhľadom na to, že žaloba bola podaná oneskorene, súd v súlade s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https://www.kauzis.sk/judikatura/r/ECLI:SK:KSBA:2015:1014200241.3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