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2S/33/2014 z 21. 4. 2015</w:t>
      </w:r>
    </w:p>
    <w:p>
      <w:r>
        <w:t>Uznesenie Krajského súdu Bratislava z 21. apríla 2015, sp. zn. 2S/33/2014, ECLI:SK:KSBA:2015:1014200266.3</w:t>
      </w:r>
    </w:p>
    <w:p>
      <w:r>
        <w:t>Súd: Krajský súd Bratislava</w:t>
      </w:r>
    </w:p>
    <w:p>
      <w:r>
        <w:t>Spisová značka: 2S/33/2014</w:t>
      </w:r>
    </w:p>
    <w:p>
      <w:r>
        <w:t>ECLI: ECLI:SK:KSBA:2015:1014200266.3</w:t>
      </w:r>
    </w:p>
    <w:p>
      <w:r>
        <w:t>Dátum vydania: 21. 4.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2S/33/2014 Identifikačné číslo súdneho spisu: 1014200266 Dátum vydania rozhodnutia: 22. 04. 2015 Meno a priezvisko sudcu, VSÚ: JUDr. Marián Trenčan ECLI: ECLI:SK:KSBA:2015:1014200266.3 Uznesenie Krajský súd v Bratislave v právnej veci žalobkyne: Q. Q., XXX XX K. 11, proti žalovanému: Centrum právnej pomoci, Kancelária Trenčín, Hviezdoslavova 3, Trenčín, o preskúmanie zákonnosti rozhodnutí žalovaného sp. zn. 3N XXXX/XX a sp.zn. 3N 1422/13, obe zo dňa 19.03.2013, takto r o z h o d o l : Krajský súd v Bratislave konanie z a s t a v u j e . Účastníkom sa právo na náhradu trov konania nepriznáva. o d ô v o d n e n i e : Žalobou podanou na Okresný súd v Trenčíne dňa 29.04.2013, postúpenou tunajšiemu súdu uznesením okresného súdu zo dňa 01.07.2013, sa žalobkyňa domáhala preskúmania zákonnosti rozhodnutí žalovaného sp. zn. 3N XXXX/XX a sp.zn. 3N XXXX/XX, obe zo dňa XX.XX.XXXX, ktorými boli na základe späťvzatia žiadostí žalobkyne zastavené konania o uplatnenom nároku na poskytovanie právnej pomoci podľa zákona č. 327/2005 Z.z. o poskytovaní právnej pomoci osobám v materiálnej núdzi. Výzvou doručenou žalobkyni dňa 12.11.2014 bola žalobkyňa vyzvaná na zaplatenie súdnych poplatkov za podanú žalobu o preskúmanie zákonnosti vyššie označených rozhodnutí, v celkovej výške 140 € (2x 70 €), podľa položky 10 písm. b) sadzobníka súdnych poplatkov v platnom znení, v lehote 10 dní odo dňa doručenia výzvy. Zároveň bola žalobkyňa poučená o tom, že ak poplatok nebude zaplatený v určenej lehote, konanie sa v zmysle ustanovenia § 10 ods. 1 zákona č. 71/1992 Zb. o súdnych poplatkoch zastaví. Podľa § 1 ods. 1 zákona č. 71/1992 Zb. o súdnych poplatkoch, súdne poplatky (ďalej len "poplatky") sa vyberajú za jednotlivé úkony alebo konanie súdov, ak sa vykonávajú na návrh a za úkony orgánov štátnej správy súdov a prokuratúry (ďalej len "poplatkový úkon") uvedené v sadzobníku súdnych poplatkov a poplatku za výpis z registra trestov (ďalej len "sadzobník"), ktorý tvorí prílohu tohto zákona. Podľa § 5 ods. 1 písm. a) zákona č. 71/1992 Zb. o súdnych poplatkoch, poplatková povinnosť vzniká podaním návrhu, odvolania a dovolania alebo žiadosti na vykonanie poplatkového úkonu, ak je poplatníkom navrhovateľ, odvolateľ a dovolateľ. Podľa § 8 ods. 1 zákona č. 71/1992 Zb. o súdnych poplatkoch v platnom znení ku dňu podania žaloby, poplatok za podanie návrhu alebo žiadosti, poplatok za uplatnenie námietky zaujatosti v konkurznom konaní alebo reštrukturalizačnom konaní podľa osobitného predpisu a poplatok za konanie o dedičstve, je splatný vznikom poplatkovej povinnosti. Podľa § 10 ods. 1 zákona č. 71/1992 Zb. o súdnych poplatkoch, ak nebol zaplatený poplatok splatný podaním návrhu na začatie konania alebo dovolania, prvostupňový súd vyzve poplatníka, aby poplatok zaplatil v lehote, ktorú určí spravidla v lehote desiatich dní od doručenia výzvy; ak aj napriek výzve poplatok nebol zaplatený v lehote, súd konanie zastaví. O následkoch nezaplatenia poplatku musí byť poplatník poučený. Nakoľko žalobkyňa súdne poplatky za žalobu doposiaľ nezaplatila a táto skutočnosť bráni vecnému vybaveniu žaloby, súd podľa § 10 ods. 1 zákona č. 71/1992 Zb. o súdnych poplatkoch konanie pre nezaplatenie poplatku zastavil. O náhrade trov konania súd rozhodol podľa § 146 ods. 1 písm. c) O.s.p. s použitím ustanovenia § 246c O.s.p. tak, že žiaden z účastníkov nemá právo na náhradu trov konania, nakoľko konanie vo veci bolo zastavené. Poučenie: Proti tomuto uzneseniu možno podať odvolanie do 15 dní odo dňa jeho doručenia, na Krajský súd v Bratislave. V odvolaní sa má popri všeobecných náležitostiach (§ 42 ods. 3 O.s.p.) uviesť, proti ktorému rozhodnutiu smeruje, v akom rozsahu sa napáda, v čom sa toto rozhodnutie alebo postup súdu považuje za nesprávny a čoho sa odvolateľ domáha. Prvostupňový súd zruší uznesenie o zastavení konania pre nezaplatenie súdneho poplatku, ak poplatník zaplatí súdny poplatok do konca lehoty na podanie odvolania. (§ 10 ods. 3 zákona č. 71/1992 Zb. o súdnych poplatkoch)</w:t>
      </w:r>
    </w:p>
    <w:p/>
    <w:p>
      <w:r>
        <w:t>Zdroj: KAUZIS.SK – https://www.kauzis.sk/judikatura/r/ECLI:SK:KSBA:2015:1014200266.3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