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10Sd/33/2014 z 27. 1. 2015</w:t>
      </w:r>
    </w:p>
    <w:p>
      <w:r>
        <w:t>Opravné uznesenie Krajského súdu Bratislava z 27. januára 2015, sp. zn. 10Sd/33/2014, ECLI:SK:KSBA:2015:1014200330.3</w:t>
      </w:r>
    </w:p>
    <w:p>
      <w:r>
        <w:t>Súd: Krajský súd Bratislava</w:t>
      </w:r>
    </w:p>
    <w:p>
      <w:r>
        <w:t>Spisová značka: 10Sd/33/2014</w:t>
      </w:r>
    </w:p>
    <w:p>
      <w:r>
        <w:t>ECLI: ECLI:SK:KSBA:2015:1014200330.3</w:t>
      </w:r>
    </w:p>
    <w:p>
      <w:r>
        <w:t>Dátum vydania: 27. 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10Sd/33/2014 Identifikačné číslo súdneho spisu: 1014200330 Dátum vydania rozhodnutia: 28. 01. 2015 Meno a priezvisko sudcu, VSÚ: JUDr. Beata Jurgošová ECLI: ECLI:SK:KSBA:2015:1014200330.3 Opravné uznesenie Krajský súd v Bratislave v právnej veci navrhovateľa: Z.. P. S., J.. XX.XX.XXXX, G. G., W.. V. Č.. XX, proti odporkyni: Sociálna poisťovňa, ústredie, Ul. 29. augusta č. 10, Bratislava, o starobný dôchodok, o preskúmanie zákonnosti rozhodnutia odporkyne zo dňa 3. decembra 2013 a zo dňa 28.januára 2014, N.. L.. XXX XXX XXXX X , takto r o z h o d o l : Súd opravuje záhlavie rozsudku Krajského súdu v Bratislave č.k. 10Sd/33/2014-58 zo dňa 28.11.2014 tak, že označenie navrhovateľa správne znie: „Z.. P. S., J.. XX.XX.XXXX, G. G., W.. V. Č.. XX.“. o d ô v o d n e n i e : Krajský súd v Bratislave rozhodol vo veci rozsudkom č.k. 10Sd/33/2014-58 zo dňa 28.11.2014, kde v záhlaví označil navrhovateľa ako Z.. Š. S., J.. XX.XX.XXXX, G. G., W.. V. Č.. XX. Podľa ust.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rozsudku došlo k zrejmej nesprávnosti v označení navrhovateľa. Preto súd v zmysle ust. § 164 O.s.p. vykonal opravu označenia navrhovateľa v záhlaví rozsudku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https://www.kauzis.sk/judikatura/r/ECLI:SK:KSBA:2015:1014200330.3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