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8Scud/8/2014 z 9. 4. 2015</w:t>
      </w:r>
    </w:p>
    <w:p>
      <w:r>
        <w:t>Opravné uznesenie Krajského súdu Bratislava z 9. apríla 2015, sp. zn. 8Scud/8/2014, ECLI:SK:KSBA:2015:1014200423.2</w:t>
      </w:r>
    </w:p>
    <w:p>
      <w:r>
        <w:t>Súd: Krajský súd Bratislava</w:t>
      </w:r>
    </w:p>
    <w:p>
      <w:r>
        <w:t>Spisová značka: 8Scud/8/2014</w:t>
      </w:r>
    </w:p>
    <w:p>
      <w:r>
        <w:t>ECLI: ECLI:SK:KSBA:2015:1014200423.2</w:t>
      </w:r>
    </w:p>
    <w:p>
      <w:r>
        <w:t>Dátum vydania: 9. 4.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8Scud/8/2014 Identifikačné číslo súdneho spisu: 1014200423 Dátum vydania rozhodnutia: 10. 04. 2015 Meno a priezvisko sudcu, VSÚ: JUDr. Peter Pospech ECLI: ECLI:SK:KSBA:2015:1014200423.2 Opravné uznesenie Krajský súd v Bratislave v právnej veci navrhovateľky: E.. I. E., F.. X.XX.XXXX, T. P. X, XXX XX T., Č. S., proti odporkyni: Sociálna poisťovňa - ústredie, Ul. 29. augusta č. 8, 813 63 Bratislava, o starobný dôchodok, takto r o z h o d o l : Súd o p r a v u j e záhlavie uznesenia Krajského súdu v Bratislave č. k. 8Scud/8/2014-23 zo dňa 24.3.2015 tak, že označenie navrhovateľky správne znie: „I. E..“. o d ô v o d n e n i e : Krajský súd v Bratislave rozhodol vo veci uznesením č. k. 8Scud/8/2014-23 zo dňa 24.3.2015, kde v záhlaví označil navrhovateľku ako E.. E. E.. Podľa ust. § 164 zákona č. 99/1963 Občianskeho súdneho poriadku v znení neskorších predpisov,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Súd dodatočne zistil, že pri písomnom vyhotovovaní uznesenia došlo k zrejmej nesprávnosti v označení navrhovateľky, a preto v zmysle citovaných ustanovení vykonal opravu týmto opravným uznesením. Poučenie: Proti tomuto uzneseniu možno podať odvolanie v lehote 15 dní odo dňa jeho doručenia na Najvyšší súd Slovenskej republiky prostredníctvom Krajského súdu v Bratislave, písomne, vo dvoch vyhotoveniach.</w:t>
      </w:r>
    </w:p>
    <w:p/>
    <w:p>
      <w:r>
        <w:t>Zdroj: KAUZIS.SK – https://www.kauzis.sk/judikatura/r/ECLI:SK:KSBA:2015:1014200423.2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