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2S/56/2014 z 29. 9. 2015</w:t>
      </w:r>
    </w:p>
    <w:p>
      <w:r>
        <w:t>Rozsudok Krajského súdu Bratislava z 29. septembra 2015, sp. zn. 2S/56/2014, ECLI:SK:KSBA:2015:1014200425.2</w:t>
      </w:r>
    </w:p>
    <w:p>
      <w:r>
        <w:t>Súd: Krajský súd Bratislava</w:t>
      </w:r>
    </w:p>
    <w:p>
      <w:r>
        <w:t>Spisová značka: 2S/56/2014</w:t>
      </w:r>
    </w:p>
    <w:p>
      <w:r>
        <w:t>ECLI: ECLI:SK:KSBA:2015:1014200425.2</w:t>
      </w:r>
    </w:p>
    <w:p>
      <w:r>
        <w:t>Dátum vydania: 29. 9. 2015</w:t>
      </w:r>
    </w:p>
    <w:p>
      <w:r>
        <w:t>Forma: Rozsudok</w:t>
      </w:r>
    </w:p>
    <w:p>
      <w:r>
        <w:t>Oblasť práva: Správne právo</w:t>
      </w:r>
    </w:p>
    <w:p>
      <w:pPr>
        <w:pStyle w:val="Heading2"/>
      </w:pPr>
      <w:r>
        <w:t>Text rozhodnutia</w:t>
      </w:r>
    </w:p>
    <w:p>
      <w:r>
        <w:t>Súd: Krajský súd Bratislava Spisová značka: 2S/56/2014 Identifikačné číslo súdneho spisu: 1014200425 Dátum vydania rozhodnutia: 30. 09. 2015 Meno a priezvisko sudcu, VSÚ: JUDr. Vlastimil Pavlikovský ECLI: ECLI:SK:KSBA:2015:1014200425.2 ROZSUDOK V MENE SLOVENSKEJ REPUBLIKY Krajský súd v Bratislave v senáte zloženom z predsedu senátu JUDr. Vlastimila Pavlikovského a členov senátu JUDr. Mariána Trenčana a Mgr. Viliama Pohančeníka, v právnej veci žalobcu: AUTO ROTOS - ROZBORA s.r.o., IČO: 35 918 519, Račianska 184/B, Bratislava, zastúpený: LEGAL &amp; CORP s.r.o., Gajova 11, Bratislava, proti žalovanému: Finančné riaditeľstvo Slovenskej republiky, Lazovná 63, Banská Bystrica, o preskúmanie zákonnosti postupu a rozhodnutí žalovaného č. XXXXXXX/X/XXXXXX/XXXX/ XXXX zo dňa 16.12.2013, takto r o z h o d o l : Krajský súd v Bratislave napadnuté rozhodnutie žalovaného č. XXXXXXX/X/XXXXXX/XXXX/XXXX zo dňa 16.12.2013 z r u š u j e podľa § 250j ods. 2 písm. d/ O.s.p. a vec vracia žalovanému na ďalšie konanie. Žalovaný je povinný zaplatiť žalobcovi náhradu trov konania v sume 70,- eur za súdny poplatok a v sume 259,38 eur z titulu trov právneho zastúpenia na účet jeho právneho zástupcu do 30 dní od právoplatnosti rozsudku. o d ô v o d n e n i e : I. Rozhodnutia správnych orgánov Žalobou napadnutým rozhodnutím zo dňa 16.12.2013 žalovaný zmenil rozhodnutie vydané v prvom stupni Daňovým úradom Bratislava (ďalej aj ako „správca dane“), ktorým správca dane podľa § 68 ods. 5 zákona č. 563/2009 Z. z. o správe daní (daňový poriadok) a o zmene a doplnení niektorých zákonov v znení neskorších predpisov (ďalej aj ako „daňový poriadok“) za zdaňovacie obdobie december 2007 vyrubil rozdiel dane z pridanej hodnoty (ďalej aj ako „DPH“) v sume 17 147,58 eur žalobcovi na sumu 17 144,27 eur. Správca dane nepriznal právo na odpočítanie DPH z dôvodu, že odpočítaním dane z faktúry č. XXXXXXXX evidovanej pod č. XXXXXXXXX žalobca porušil § 49 ods. 1 zák. č. 222/2004 Z. z. o dani z pridanej hodnoty v znení neskorších predpisov (ďalej aj ako „zákon o DPH“) v nadväznosti na § 19 ods. 1 tohto zákona. Z rozhodnutia správcu dane vyplýva, že žalobca mal porušiť zákon o DPH tým, že k zabezpečeniu stavebných prác dodávateľom H.T.KOV s.r.o. na základe zmluvy o dielo na zhotovenie stavby zo dňa 14.08.2007 reálne nedošlo. II. Žaloba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Ku skutkovým okolnostiam žalobca uviedol, že ako dôkaz preukazujúci závery o nepreukázaní vzniku daňovej povinnosti dodávateľa vyfakturovaných prác mala slúžiť výpoveď konateľa spoločnosti H.T.KOV s.r.o., ktorý sa vyjadril, že žiadny tovar ani služby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V tejto súvislosti žalobca namietal, že prvostupňový správny orgán sa nevysporiadal s jeho námietkami a nevyhodnotil ním predložené dôkazy, ktoré výpoveď pána Y. vyvracajú. Prvostupňový správny orgán vôbec nekonfrontoval výpoveď pána Y. so skutkovým a právnym stavom veci. Žalobca tiež poukázal na to, že prvostupňový správny orgán nezohľadnil ani písomné dôkazy preukazujúce aktívnu účasť pána Y. na obchodných aktivitách so žalobcom a nezohľadnil notársky overenú Zmluvu o postúpení pohľadávky a urovnaní zo dňa 19.08.2009, z ktorej vyplýva, že pán Kotúč zmluvu podpísal a podpis pred notárom uznal za svoj. Prvostupňový správny orgán tieto dôkazy z dokazovania bez upovedomenia žalobcu vylúčil, čím porušil základnú zásadu ustanovenú v § 3 ods. 3 daňového poriadku. Podľa žalobcu okolnosti nasvedčujú tomu, že práve dodávateľ H.T.KOV s.r.o. sa dopustil protiprávneho konania v rámci svojich daňových povinností. S námietkami a dôkazmi predloženými zo strany žalobcu sa nevysporiadal ani žalovaný. Postup správnych orgánov oboch stupňov označil žalobca za postup, ktorý nie je v súlade s daňovým poriadkom. Uviedol, že nerešpektovanie základných zásad správy daní by mohlo byť dôvodom pre zmenu alebo zrušenie rozhodnutia daňového orgánu. Žalobca poukázal na skutočnosť, že hodnotenie dôkazov neznamená ľubovôľu správcu dane pri hodnotení dôkazov, ale musí byť zabezpečené presné, pravdivé a úplné zistenie skutkového stavu veci, pričom správca dane musí prihliadať na všetko, čo v daňovom konaní vyšlo najavo. Žalovaný musí zároveň dbať na to, aby nebol vylúčený taký dôkaz, ktorý má potenciál preukázať rozhodný skutkový poznatok. Žalobca poukázal na to, že žalovaný sa nezaoberal otázkou možného pochybenia dodávateľa H.T.KOV s.r.o. a nepravdivosti výpovede konateľa tejto spoločnosti a tiež na to, že skutkové a právne zistenia, o ktoré žalovaný oprel svoje závery, sú takmer identické so skutkovými a právnymi zisteniami prvostupňového správneho orgánu. Správne orgány síce konštatovali rôzne rozporuplné zistenia a vyvodili z nich dôsledky, ale ich nevyhodnotili jednotlivo v ich vzájomných súvislostiach a nedali ich do súvislosti s použitými zákonnými ustanoveniami. Ďalej žalobca vyjadril názor, že predložil všetky dôkazy potrebné na preukázanie oprávnenosti odpočítania DPH, avšak správne orgány tieto dôkazy vylúčili a zobrali do úvahy iba dôkazy svedčiace v jeho neprospech. K tvrdeniu žalovaného, že podľa údajov informačného systému spoločnosti H.T.KOV s.r.o. k dani zo závislej činnosti nie je možné konštatovať reálnosť vykonania zdaniteľných obchodov, žalobca uviedol, že nie je jeho povinnosťou preukazovať daňové povinnosti iného daňového subjektu. Žalobca preukázal nárok na odpočet DPH na vstupe daňovým dokladom č. XXXXXXXXX. Vzhľadom na to, že prijaté zdaniteľné plnenie použil na svoje zdaniteľné plnenia, mal za to, že mal právo odpočtu DPH. Žalobca dodal, že ak daňové orgány rozhodli, že odpočítanie DPH za konkrétny zdaniteľný obchod, ktorý je súčasťou obchodného reťazca, je neoprávnené z dôvodu, že iný daňový subjekt v tomto obchodnom reťazci nepodal daňové priznanie, v adrese sídla je neznámy, alebo si akokoľvek neplní svoje záväzky, potom taký postup je v rozpore s ustanoveniami smernice Rady 77/88/EHS zo dňa 17.05.1977 o zosúladení právnych predpisov členských štátov týkajúcich sa daní z obratu - spoločný systém DPH: jednotný základ jej stanovenia („prvá smernica“), ako aj ustanoveniami smernice 77/388 v znení smernice Rady 95/7/ES zo dňa 10.04.1995 („šiesta smernica“). V tejto súvislosti žalobca dal do pozornosti rozhodnutia Súdneho dvora Európskej únie v spojenej veci Optigen Ltd C-354/03, Fulcrum Electronics Ltd C-353/03 a Bond House Systems Ltd C-484/03, kde súdny dvor judikoval, že každé plnenie sa musí posudzovať samo o sebe a povaha určeného plnenia v dodávateľskom reťazci nemôže byť zmenená z dôvodu predchádzajúcich alebo nasledujúcich udalostí. Žalobca mal za to, že i keď je skutkový stav uvedenej veci súdenej súdnym dvorom odlišný, niektoré jeho právne závery sú nepochybne uplatniteľné aj na predmetný skutkový stav vo veci žalobcu. Žalobca tiež poukázal na rozhodnutie Najvyššieho súdu SR sp. zn. Sžf 1/2010 a poznamenal, že ako daňový subjekt nemá zákonné prostriedky na sledovanie procesov svojich dodávateľov a stavu ich účtovných a daňových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Na záver žalobca vyjadril názor, že úhradu faktúry vykonal v súlade so slovenským právnym poriadkom, pričom okamihom doručenia oznámenia o postúpení pohľadávky už bol povinný plniť spoločnosti PHOTOART s.r.o., a preto správne orgány nepostupovali správne, keď zobrali do úvahy nepredloženie faktoringovej zmluvy ako skutočnosť preukazujúcu, že k dodaniu tovaru zo strany H.T.KOV s.r.o. nedošlo. III. Vyjadrenie žalovaného Žalovaný sa vyjadril k žalobe písomným podaním doručeným súdu dňa 30.04.2015, žalobu považoval za nedôvodnú a žiadal ju zamietnuť. Daňové orgány podľa žalovaného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dodávateľom spoločnosťou H.T.KOV s.r.o., na základe ktorých si žalobca v kontrolovanom zdaňovacom období uplatnil právo na odpočítanie DPH, pri ktorých sa dodanie stavebných prác, nepotvrdilo. Správca dane na základe výsledkov vykonaného šetrenia oprávnenosť odpočítania dane žalobcom nepriznal s odôvodnením, že odpočítaním dane v sume 17 147,58 eur z faktúry č. XXXXXXXX daňový subjekt porušil ustanovenia § 49 ods. 1 v nadväznosti na § 19 ods. 1 zákona o DPH. Žalovaný ďalej uviedol, že správca dane nespochybnil využívanie Haly pre kontrolu originality, administratívneho priestoru, kuchyne a jej vybavenia žalobcom. Uvedené priestory však využívajú aj iné spoločnosti V.. Z. M., ktoré majú sídlo na adrese Bratislava, M. XXX/B, a aj ďalšej spoločnosti AUTO ROTOS s.r.o., na Pestovateľskej ulici 10 v Bratislave. Využívajú ich aj personálne prepojené spoločnosti, napríklad spoločnosť ROZAN, spol. s r.o., Hrušková 42, Bratislava. Táto spoločnosť má v predmete činnosti uvedené vykonávanie kontroly technického stavu vozidiel, vykonávanie emisných kontrol a vykonávanie kontroly originality vozidiel, tieto činnosti aj vykonáva a využíva na vykonávanie týchto činnosti nehnuteľnosti na adrese Račianska 184/B, Bratislava. Všetky uvedené spoločnosti využívajú nehnuteľnosti nachádzajúce sa na adrese Bratislava, Račianska 184/B, spoločne. Aj keď je v rámci podnikateľských subjektov možné spoločné využívanie majetku, daňový subjekt je oprávnený si uplatniť právo na odpočítanie dane z tých tovarov a služieb, ktoré použije na účely vykonávania svojej podnikateľskej činnosti v zmysle § 49 ods. 2 zákona o DPH a nie z tovarov a služieb, ktoré používajú iné spriaznené daňové subjekty za účelom ich podnikania. Žalobca navyše nepredložil daňovému subjektu žiadne povolenie stavebného úradu na výstavbu Haly pre kontrolu originality v roku 2007. Podľa údajov z daňového informačného systému spoločnosť H.T.KOV s.r.o. k dani zo závislej činnosti nie je možné konštatovať skutočnosť, ktorá by preukázala, že dodávateľská spoločnosť evidovala v rámci svojej činnosti zamestnancov, pretože podané hlásenie k predmetnej dani správcovi dane podala len za roky 2004 a 2005. Za obdobia od roku 2006 až do jej výmazu z obchodného registra nepodala žiadne ročné hlásenia, ktoré by preukázali, že za obdobie, v ktorom mala predmetné stavebné práce, v prospech žalobcu dodať, mala zamestnancov, ktorí by fakturované zdaniteľné obchody reálne vykonali. Žalovaný s námietkou žalobcu, že odvolací orgán sa s námietkami a dôkazmi predloženými zo strany žalobcu, ktoré súviseli s výpoveďou konateľa H.T.KOV s.r.o. Petra Y., nevysporiadal, nemôže súhlasiť, pretože s jeho výpoveďou sa žalovaný riadne vysporiadal, čo je zrejmé aj z odôvodnenia napadnutého rozhodnutia. Žalovaný k námietke žalobcu, že správca dane zobral výpoveď pána Y. konateľa spoločnosti H.T.KOV s.r.o. a nezohľadnil výpoveď štatutárneho orgánu kontrolovaného subjektu, ktorý sa vyjadril, že pána Y. pozná a jeho postavenie konateľa spoločnosti H.T. KOV s.r.o. si overil v obchodnom registri, poukazuje na skutočnosť, že Daňový úrad Košice za účelom výpovede svedka predvolal konateľa žalobcu, ktorý mal právo byť prítomný pri jeho výpovedi a klásť svedkovi otázky, ale i napriek tomu sa pojednávania nezúčastnil a svojou neúčasťou sa sám ukrátil o svoje právo vyplývajúce z ustanovenia § 45 ods. 1 písm. e) daňového poriadku, podľa ktorého daňový subjekt, u ktorého sa vykonáva daňová kontrola, má vo vzťahu k zamestnancom správcu dane právo klásť svedkom a znalcom otázky pri ústnom pojednávaní. Zo šetrenia vyplynulo, že spoločnosť H.T.KOV s.r.o. za rok 2008 nepodala priznanie dane z pridanej hodnoty za žiadne obdobie ani na výzvu správcu dane. V mieste sídla sa nikdy nenachádzala, nenahlásila správcovi dane žiadne prevádzky, nemala zamestnancov, nikdy nebolo preukázané, že by vykonávala ekonomickú činnosť v zmysle zákona o dani z pridanej hodnoty. Hodnotenie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1 daňového poriadku). V rámci dokazovania posudzuje správca dane závažnosť jednotlivých dôkazných prostriedkov a je tiež v jeho právomoci posúdiť ich vierohodnosť. Podľa platnej legislatívy platiteľ dane má nárok na odpočet dane iba vtedy, ak splnenie všetkých podmienok stanovených v zákone DPH preukáže. Samotné predloženie faktúr nie je dôkazom o tom, že sa zdaniteľné plnenia uskutočnili, tak ako sú deklarované v predmetných faktúrach, pretože technicky je možné vyhotoviť akýkoľvek doklad. Žalobca bol povinný správcovi dane preukázať, že vecné plnenia nastali, tak ako sú deklarované vo faktúrach, čo v uvedenom prípade nebolo platiteľom, v priebehu výkonu daňovej kontroly preukázané. Žalovaný zhrnul, že v rozporných obchodných prípadoch bolo správcom dane preukázané vytvorenie umelých obchodných vzťahov medzi dodávateľskými spoločnosťami a daňovým subjektom, ktorých jediným účelom bolo získanie daňovej výhody - uplatnenie odpočítania dane z pridanej hodnoty z deklarovaných zdaniteľných obchodov uvedených vo faktúrach a tým v kontrolovanom zdaňovacom období zníženie vlastnej daňovej povinnosti voči ŠR.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druhostupňový orgán potvrdil. „Opretie“ o právne závery prvostupňového orgánu, je podľa žalovaného v súlade s platnom legislatívou a v rozsahu so všeobecne záväznými právnymi predpismi, ktoré sa na konkrétnu daňovú vec vzťahujú a v danom prípade sa na zistený skutkový stav vzťahuje hmotnoprávny predpis,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Za neopodstatnenú považoval žalovaný aj námietku žalobcu, že skutkový stav v predmetnej veci nebol náležite zistený. V daňovom konaní platí prejednávacia zásada, nie zásada vyhľadávacia, resp. prešetrovacia.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správca dane pri výkone daňovej kontroly postupoval v súlade s ustanovením § 44 až 47 daňového poriadku a dokazovanie vo veci viedol podľa § 24 ods. 2, ods. 3 a ods. 4 daňového poriadku. Žalovaný dodal, že žalobca počas výkonu daňovej kontroly nepredložil žiadne dôkazné prostriedky preukazujúce jeho tvrdenia, čo znamená, že neuniesol dôkazné bremeno, keď sa mu právne relevantným spôsobom nepodarilo preukázať prijatie zdaniteľných obchodov deklarovaných vo faktúre od dodávateľa H.T. KOV, ktorej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IV. Konanie na správnom orgáne Z pripojeného administratívneho spisu súd zistil, že Daňový úrad Bratislava vykonal u žalobcu, platiteľa DPH, daňovú kontrolu DPH za zdaňovacie obdobie január - december 2007, január - december 2008, január - december 2009 a január 2010, marec - december 2010, o výsledku ktorej vyhotovil protokol č. XXXXXXX/X/XXXXXXX/XXXX/Sia zo dňa 22.03. 2013. Protokol bol spolu s výzvou na vyjadrenie sa k zisteniam uvedeným v protokole č. XXXXXXX/X/XXXXXXX/XXXX/Sia daňovému subjektu doručený dňa 02.04.2013. Nasledujúci deň po doručení protokolu začal správca dane vyrubovacie konanie, v rámci ktorého daňový subjekt predložil dňa 19.04.2013, v lehote 15 pracovných dní od prevzatia protokolu, svoje vyjadrenie k zisteniam uvedeným v protokole č. XXXXXXX/X/XXXXXXX/XXXX/Sia zo dňa 22.03. 2013. Daňový úrad Bratislava po ukončení vyrubovacieho konania vydal rozhodnutie č. XXXXXXX/X/ XXXXXXX/XXXX/Sia zo dňa 30.09.2013, ktorým podľa § 68 ods. 5 daňového poriadku vyrubil žalobcovi za zdaňovacie obdobie december 2007 rozdiel dane z pridanej hodnoty v sume 17 147,58 eura. Správca dane kontrolou predložených dokladov zistil nasledovné skutočnosti (ktoré neskôr premietol do protokolu a preskúmavaného rozhodnutia: Žalobca si uplatnil právo na odpočítanie dane v sume 516 488,34 Sk, čo doložil vyhotovenou dodávateľskou faktúrou č. XXXXXXXX zo dňa 28.12.2007, v celkom sume 3 234 848,00 Sk, z toho DPH v sume 516 488,34 Sk, na ktorej bol uvedený, ako dodávateľ daňový subjekt H.T.KOV s.r.o.. Podľa predmetnej faktúry spoločnosť H.T.KOV s.r.o. mala na základe zmluvy o dielo na zhotovenie stavby zo dňa 14.08.2007 zabezpečiť stavebné práce v prospech žalobcu. Z údajov uvedených na faktúrach nie je zrejmé, aký tovar, resp. služby boli spoločnosťou H.T.KOV s.r.o. v prospech žalobcu dodané. Ku faktúre neboli priložené žiadne súpisy vykonaných prác ani stavebný denník. V zmysle predloženej Zmluvy o dielo na zhotovenie stavby sa zhotoviteľ zaviazal zabezpečiť dodávku dvojplášťovej strechy pre halu Kontroly originality a administratívnej miestnosti na poschodí, kompletnú výstavbu kuchyne, dodávku vybavenia kuchyne, dodávku vzduchotechniky s výbavou, kompletnú dodávku inžinierskych sietí a prípojok vody, kanalizácie, elektriky, internetu, súčasťou dodávky boli kompletné svietidlá, elektrické rozvody a klimatizácia pre administratívny priestor za pevnú dohodnutú cenu 165 400,00 Sk v termíne od 20.06.2007 do 01.12.2007. Správca dane v rámci iného daňového konania požiadal Daňový úrad Košice o preverenie reálnosti dodania tovarov a služieb spoločnosťou H.T. KOV s.r.o., ktoré boli deklarované na vyhotovených faktúrach (v rokoch 2007, 2008, 2009 a 2010) v prospech žalobcu. Na vykonanie stavebných prác žalobca predložil správcovi dane rozhodnutie č. 1429/2008/IDT zo dňa 07.07.2008 o povolení užívania stavby „Hala pre kontrolu originality a Stavebné povolenie č. SÚ-XXX/XXXX/IDT zo dňa 16.4.2008 na stavbu „Výstavného priestoru vozidiel“ - prístavba skladu C, Halu pre kontrolu originality - prestavba a nadstavba skladu D. Obidve stavebné povolania boli vydané pre stavebníka AUTO ROTOS, s.r.o. Račianska 184/B, 831 54 Bratislava. Na výstavbu Haly pre kontrolu originality v roku 2007 daňový subjekt nepredložil správcovi dane žiadne povolenie stavebného úradu. Dňa 18.04.2013 prijal Daňový úrad Bratislava odpoveď na vydané dožiadanie, v ktorej miestne príslušný správca dane spoločnosti H.T.KOV s.r.o. informoval o ústnom pojednávaní, ktoré sa uskutočnilo s konateľom uvedenej spoločnosti Kotúčom. Konateľ spoločnosti H.T.KOV s.r.o. bol vypočutý ako svedok Daňovým úradom Košice dňa 11.04.2012 (zápisnica o ústnom pojednávaní č. XXXXXXX/X/ XXXXXX/XXXX dňa 11.04.2012). Z dôvodu, že predmetná faktúra mala preukazovať zabezpečenie dodávateľských stavebných prác spoločnosťou H.T.KOV s.r.o. v prospech spoločnosti AUTO ROTOS - ROZBORA s.r.o., pracovníci správcu dane predložili pánovi Y. predmetné faktúry k nahliadnutiu. Pán Y. sa ku predloženým faktúram vyjadril, že žiadny tovar ani služby pre žalobcu neposkytol ani nezaobstaral, žalobcu nepozná, nemá vedomosť o tom, že by bol konateľom nejakej spoločnosti, faktúry nevystavil ani nepodpísal, podpis na faktúre nie je jeho. V súvislosti s preverovanými obchodmi nikdy neposkytol ani neprijal žiadne peniaze. Žalovaný a správca dane vo veci vydali v úvode odôvodnenia rozsudku opísané rozhodnutia, pričom odôvodnenia týchto rozhodnutí sú obdobné ako vyjadrenie k žalobe a detailnejšie sa súd k jednotlivým ich častiam vyjadril nižšie. V. Posúdenie veci Krajský súd v Bratislave ako súd vecne a miestne príslušný na konanie vo veci (§ 246 ods. 1 O.s.p.) preskúmal napadnuté rozhodnutie v rozsahu dôvodov uvedených v žalobe (§ 249 ods. 2 O.s.p.), ako aj konanie, ktoré mu predchádzalo a dospel k záveru, že rozhodnutie žalovaného je nepreskúmateľné pre nedostatok dôvodov, a preto podľa § 250j ods.2 písm.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V preskúmavaných rozhodnutiach, ako vyplýva z administratívneho spisu, správca dane zisťoval okrem iného aj samotnú existenciu vyššie uvedeného zdaniteľného plnenia týkajúceho sa dodávky na základe zmluvy na zhotovenie dvojplášťovej strechy pre halu kontroly originality a administratívnej miestnosti na poschodí, kompletnú výstavbu kuchyne, dodávku vybavenia kuchyne, dodávku vzduchotechniky s výbavou, kompletnú dodávku inžinierskych sietí a prípojok vody, kanalizácie, elektriky, internetu, súčasťou dodávky boli kompletné svietidlá, elektrické rozvody a klimatizácia pre administratívny priestor za pevnú dohodnutú cenu 165 400,00 Sk v termíne od 20.06.2007 do 01.12.2007 medzi žalobcom ako objednávateľom a zhotoviteľom H.T.KOV s.r.o. zo dňa 14.08.2007. Z vyjadrenia žalovaného na pojednávaní pred súdom dňa 30.09.2015 (v konaní vedenom pod sp. zn. 2S 65/2015) vyplýva, že tento nespochybnil, že predmet dodávky (priestorová prestavba dvojskladu v objekte servisu vozidiel) existuje, teda bol dodaný, avšak nebolo preukázané, že ho žalobcovi dodala obchodná spoločnosť H.T.KOV s.r.o.. Žalovaný spochybnil reálnosť dodania vychádzajúc z výpovedene konateľa H.T.KOV s.r.o., že predmetný tovar ani služby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Reálnosť dodania zdaniteľného plnenia bola spochybnená aj z dôvodu, že dodávateľ žalobcu nedisponoval personálnymi ani materiálnymi kapacitami na predmetnú dodávku a zároveň v rozhodnom období nepodal daňové priznania ani daň neodviedol. Súd zdôrazňuje, že samotná skutočnosť, že v prejednávanej veci nebolo plnenie poskytnuté žalobcovi skutočne vykonané dodávateľom uvedeným na faktúrach, ešte nepostačuje na vylúčenie práva na odpočet, na ktoré má žalobca nárok. (rozsudok Súdneho dvora EÚ, vo veci C -18/13, bod 31, 32).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 proste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Z administratívneho spisu nevyplýva, že by daňové orgány zisťovali na mieste, či žalobcom deklarovaná dodávka stavebných prác, tovaru a súvisiacich služieb bola naozaj uskutočnená, ale vychádzali pri tom len zo skutočnosti, že deklarované plnenia obsahovo nekorešpondujú so stavebnými a kolaudačnými rozhodnutiami týkajúcimi sa predmetného objektu, pretože tieto znejú na inú obchodnú spoločnosť - AUTO ROTOS, s.r.o. a nie na žalobcu. Skutočnosť, že nebolo predložené správcovi dane stavebné alebo kolaudačné povolenie znejúce na obchodné meno žalobcu, nemohlo v zmysle zákona o DPH byť právne relevantným argumentom pre konštatovanie, že sa predmetný zdaniteľný obchod neuskutočnil. Takýmto argumentom by bolo len zistenie, že sa jednotlivé súčasti dodávky podľa vyššie opísanej zmluvy o dielo v priestoroch žalobcu nenachádzajú (nenachádzali) - že neexistuje dvojplášťová strecha pre halu kontroly originality a administratívnej miestnosti na poschodí, vybavenie kuchyne, vzduchotechnika, ostatné inžinierske siete a prípojky vody, kanalizácie, elektriky a internetu, svietidlá, elektrické rozvody a klimatizácia pre administratívny priestor. Či túto skutočnosť daňové orgány zisťovali, z preskúmavaných rozhodnutí ani z administratívneho spisu nevyplýva. Právne relevantnou pre posúdenie nároku žalobcu na odpočet DPH zaplatenej na vstupe nie je v danom prípade ani skutočnosť, že nehnuteľnosť, na ktorej sa mal predmet zmluvy o dielo realizovať, nebola v danom čase vo vlastníctve žalobcu. Z údajov uvedených v obchodnom registri SR, spoločníkom a jediným konateľom oboch obchodných spoločností bol v tom čase Ing. Anton Rozbora. Občiansky zákonník pri zmluve o výpožičke nevyžaduje písomnú formu, a teda žalobca ani nemusel preukazovať jej existenciu predložením takejto listiny. Obe obchodné spoločnosti boli personálne prepojené, podnikali v tom istom sídle, a preto bol žalobca oprávnený nehnuteľnosť bezodplatne využívať a pripadalo tiež do úvahy, že investície do tejto nehnuteľnosti so súhlasom (deklarovaným) jej vlastníka mohol použiť na účely svojej podnikateľskej činnosti (§ 49 ods. 2 zákona o DPH). Takéto vyjadrenie konateľa oboch obchodných spoločností bol pre daňové orgány akceptovateľný a právne relevantný dôkaz. Neuskutočnenie zdaniteľného obchodu nepreukazuje ani zistenie, že dodávateľ žalobcu nemohol jeho dodanie pre žalobcu zabezpečiť vzhľadom na nedostatok ľudských zdrojov, absenciu iných dokladov o dodaní plnenia a nepodanie daňových priznaní pre DPH v rozhodnom období. Uvedené zistenie nevylučuje možnosť, že subdodávatelia alebo i samotný dodávateľ žalobcu mohli konať v rozpore so zákonom, avšak v žiadnom prípade to nie je objektívnym dôkazom protizákonnosti konania žalobcu. Rozhodne súd nemohol súhlasiť s argumentom žalovaného, že dodanie zdaniteľného plnenia, a to bez ďalšieho vysvetlenia, vyvracia tvrdenie konateľa H.T.KOV s.r.o., že predmetný tovar ani služby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V prvom rade treba uviesť, že je viac ako nepravdepodobne, že by C. nevedel, že je konateľom obchodnej spoločnosti H.T.KOV s.r.o., pričom jej konateľom jednak podľa výpisu z obchodného registra je, zároveň sa ním nemohol stať bez jeho vedomie a navyše ako konateľ spoločnosti preukázateľne vystupoval pri uzavieraní zmluvy o postúpení pohľadávky a urovnaní zo dňa 19.08.2009. Žalovaný a ani správca dane sa dostatočne v odôvodnení svojho rozsudku nezaoberali vysvetlením, prečo výpoveď konateľa H.T.KOV s.r.o., aj cez všetky preukázateľné nepravdy ním tvrdené považovali ohľadom skúmaného uskutočnenia zdaniteľných obchodov za dôveryhodnejšiu a právne významnejšiu, ako bola výpoveď konateľa žalobcu a ním predložených dôkazov. V rozhodnutiach sú síce uvedené protichodné tvrdenia opísané, avšak daňové orgány ich nevyhodnotili ani jednotlivo ani v ich vzájomných súvislostiach a nepodrobili ich adekvátnemu skutkovému a právnemu posúdeniu, aby z ich úvah potom vyplynul jasný dostatočne presvedčivý a preskúmateľný právny záver korešpondujúci s výrokom napadnutého rozhodnutia.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Aj samotná skutočnosť, že dodávateľ žalobca nepodal v rozhodnom čase daňové priznania a neodviedol do štátneho rozpočtu DPH, môže byť len dôkazom o protiprávnosti konania dodávateľa, ale nemožno to považovať za objektívny dôkaz protiprávnosti konania žalobcu, ani v tom nemožno badať jeho vedomosť o existencii porušenia daňových právnych predpisov, či dokonca jeho priamu, cielenú a úmyselnú participáciu na daňovom podvode. Súd poukazuje na to, že žalobca, ktorý tvrdil, že mu dodávka bola dodaná tak, ako sa deklaruje na ním predložených účtovných dokladoch, požaduje vrátenie DPH, ktorú zaplatil na vstupe na základe vystavených faktúr obchodnou spoločnosťou H.T. KOV s.r.o.. Súd je toho názoru, že k spochybneniu nároku žalobcu na vrátenie DPH zaplatenej na vstupe nepostačuje konštatovanie, že nie je možné vylúčiť, že žalobca vedel alebo mohol vedieť, že plnenie je poznačené protiprávnosťou konania v niektorej časti reťazca firiem, ktorého súčasťou sa žalobca stal.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Za danej dôkaznej situácie, s ktorou sa mohol oboznámiť súd, vonkoncom nemožno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Záverom súd dodáva, že Európsky súdny dvor vo svojich rozhodnutiach Optigen Ltd (C-354/03), Fulcrum Electronics Ltd C-353/03) a Bond House Systems Ltd (C-484/03)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Jeho úlohou bude opätovne posúdiť všetky v konaní zistené skutočnosti (vykonané dôkazy), zhrnúť ich a podrobnejšie zhodnotiť z hľadiska ich právnej relevancie, rozlíšiť a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že pri opätovnom preskúmaní veci žalobca dospeje k záveru, že je na zistenie skutkového stavu potrebné doplniť dokazovanie, nič mu nebráni tak urobiť. Súdu sa javí potrebným v ďalšom konaní zistiť, a to bez pochybností, reálnosť uskutočnenia jednotlivých častí dodávky, najmä miestnym zisťovaním alebo výsluchom svedkov (zamestnancov, externých spolupracovníkov alebo konateľov) prípadne z účtovných dokladov. Je potrebné znovu sa zaoberať, buď v odôvodnení alebo, v prípade potreby, doplnením dokazovania, termínmi uskutočnenia jednotlivých dodávok a zistiť pôvod jednotlivých komponentov, z ktorých sa skladali predmetné dodávky (príkladom vybavenie kuchyne, vzduchotechnika, svietidlá, klimatizácia, atď.) a v ďalšom sa zamerať na zodpovedanie otázky (zistenie), či uvedené komponenty, z ktorých každý má svoj osud a zanecháva stopu (v podobe napr. dokladu o výrobe, revíznych správ, dokladov o nadobudnutí, dovoze, predaji, atď.). Pokiaľ žalovaný dospeje k záveru, že zdaniteľné obchody v rámci reťazca firiem, ktorého súčasťou bol i žalobca, prebehli, v takom prípade bude žalovaný povinný riadne odôvodniť, alebo v prípade potreby zisťovať, a to znova bez pochybností, či žalobca vedel alebo mal vedieť, že uvedené plnenie zakladajúce nárok na odpočet DPH je súčasťou daňového podvodu. S poukazom na vyššie uvedené dôvody dospel súd k záveru, že žaloba je dôvodná a preto rozhodnutie žalovaného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