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8Scud/9/2014 z 9. 2. 2015</w:t>
      </w:r>
    </w:p>
    <w:p>
      <w:r>
        <w:t>Rozsudok Krajského súdu Bratislava z 9. februára 2015, sp. zn. 8Scud/9/2014, ECLI:SK:KSBA:2015:1014200477.1</w:t>
      </w:r>
    </w:p>
    <w:p>
      <w:r>
        <w:t>Súd: Krajský súd Bratislava</w:t>
      </w:r>
    </w:p>
    <w:p>
      <w:r>
        <w:t>Spisová značka: 8Scud/9/2014</w:t>
      </w:r>
    </w:p>
    <w:p>
      <w:r>
        <w:t>ECLI: ECLI:SK:KSBA:2015:1014200477.1</w:t>
      </w:r>
    </w:p>
    <w:p>
      <w:r>
        <w:t>Dátum vydania: 9. 2. 2015</w:t>
      </w:r>
    </w:p>
    <w:p>
      <w:r>
        <w:t>Forma: Rozsudok</w:t>
      </w:r>
    </w:p>
    <w:p>
      <w:pPr>
        <w:pStyle w:val="Heading2"/>
      </w:pPr>
      <w:r>
        <w:t>Text rozhodnutia</w:t>
      </w:r>
    </w:p>
    <w:p>
      <w:r>
        <w:t>Súd: Krajský súd Bratislava Spisová značka: 8Scud/9/2014 Identifikačné číslo súdneho spisu: 1014200477 Dátum vydania rozhodnutia: 10. 02. 2015 Meno a priezvisko sudcu, VSÚ: JUDr. Peter Pospech ECLI: ECLI:SK:KSBA:2015:1014200477.1 ROZSUDOK V MENE SLOVENSKEJ REPUBLIKY Krajský súd v Bratislave pred samosudcom JUDr. Petrom Pospechom, v právnej veci navrhovateľky: G. T., A. Č.E. XXXXXX/XXXX, R. E. X, XXXX E., A. A., proti odporcovi: Sociálna poisťovňa - ústredie, so sídlom Ul. 29. augusta 8, 813 63 Bratislava, zast. Mgr. Zuzanou Majerskou, v spore o invalidný dôchodok, takto r o z h o d o l : Súd napadnuté rozhodnutie odporcu č. XXX XXX XXXX X zo dňa 2.4.2014 ako vecne správne p o t v r d z u j e podľa § 250q ods. 2 O.s.p. Navrhovateľke súd náhradu trov konania nepriznáva. o d ô v o d n e n i e : Napadnutým rozhodnutím č. XXX XXX XXXX X zo dňa 2.12.2013 odporca rozhodol o znížení sumy invalidného dôchodku od 4.2.2014 na 166,80 eur mesačne s tým, že podľa posudku posudkového lekára Sociálnej poisťovne - ústredia zo dňa 17.10.2013 je navrhovateľka naďalej invalidná podľa § 71 ods. 1 zákona č. 461/2003 Z.z. o sociálnom poistení lebo pre dlhodobo nepriaznivý zdravotný stav má pokles schopnosti vykonávať zárobkovú činnosť o viac ako 40 % v porovnaní so zdravou fyzickou osobou. Došlo k zmene miery poklesu schopnosti vykonávať zárobkovú činnosť zo 75 % na 45 % od 30.5.2011. Dňa 2.6.2014 bolo doručené Sociálnej poisťovni - ústredie druhé odvolanie proti rozhodnutiu Sociálnej poisťovne o zníženie invalidného dôchodku od 4.2.2014 na sumu 226,30 eur. V opravnom prostriedku navrhovateľka namietala, že jej zdravotný stav sa zhoršuje a sjörgenov syndróm je diagnóza, ktorej ani medicína nepozná príčiny vzniku tejto choroby a nevie poskytnúť ani adekvátnu špecifickú liečbu. Dňa 28.2.2014 sa navrhovateľka podrobila vyšetreniu magnetickou rezonanciou, kde došlo k zhoršeniu zdravotného stavu. K predmetu sporu a k opravnému prostriedku navrhovateľky sa odporca písomne vyjadril svojim písomným podaním zo dňa 20.5.2014, kde uviedol, že v dôsledku zmeny v posudkových záveroch bol opätovne posúdený nárok navrhovateľky. V prílohe listu bol odporcom súdu zaslaný rovnopis rozhodnutia č. XXX XXX XXXX X zo dňa 2.4.2014, ktorým bol navrhovateľke v súlade s ustanovením § 112 ods. 1 zákona č. 461/2003 Z.z. v rámci autoremedúry odporcom zrušené napadnuté rozhodnutie a súčasne bolo súdu zaslané rozhodnutie č. XXX XXX XXXX X zo dňa 2.4.2014, ktorým bol navrhovateľke podľa ust. § 73, § 112 ods. 4 a 6 a § 82 zákona v znení neskorších predpisov od 4.2.2014 znížený invalidný dôchodok na sumu 226,30 eur. Krajský súd v Bratislave ako súd vecne a miestne príslušný na konanie podľa tretej hlavy piatej časti O.s.p. preskúmal napadnuté rozhodnutie v rozsahu dôvodov, ktoré navrhovateľka uviedla vo svojom prvom a druhom odvolaní podľa § 244 O.s.p. a po ich preskúmaní v rozsahu dôvodov, ktoré navrhovateľka uviedla vo svojich oboch odvolaniach súd dospel k záveru, že oba opravné prostriedky nie sú dôvodné. Podľa ustanovenia § 70 ods. 1 zákona č. 461/2003 Z.z. o sociálnom poistení v znení neskorších predpisov, poistenec má nárok na invalidný dôchodok, ak sa stal invalidný, získal počet rokov dôchodkového poistenia uvedený v § 72 citovaného zákona a ku dňu vzniku invalidity nespĺňa podmienky nároku na starobný dôchodok alebo mu nebol priznaný predčasný starobný dôchodok. Navrhovateľka bola poberateľkou invalidného dôchodku priznaného v dôsledku miery poklesu schopnosti vykonávať zárobkovú činnosť 75 %. Podľa ustanovenia § 71 ods. 1 zákona č. 461/2003 Z.z. o sociálnom poistení poistenec je invalidný, ak pre dlhodobo nepriaznivý zdravotný stav má pokles schopnosti vykonávať zárobkovú činnosť o viac ako 40 % v porovnaní so zdravou fyzickou osobou. Podľa posudku posudkového lekára sociálneho poistenia Sociálnej poisťovne, pobočky Bratislava zo dňa 17.10.2013, ktorý bol vypracovaný na základe kontrolnej lekárskej prehliadky je navrhovateľka od 30.5.2011 invalidná podľa ust. § 71 ods. 1 s mierou poklesu schopnosti vykonávať zárobkovú činnosť 45 %. Podľa posudku posudkového lekára sociálneho poistenia Sociálnej poisťovne - ústredie, vysunuté pracovisko Bratislava zo dňa 19.3.2014 je navrhovateľka od 30.5.2011 invalidná podľa ustanovenia § 71 ods. 1 zákona č. 461/2003 Z.z. s mierou poklesu schopnosti vykonávať zárobkovú činnosť v porovnaní so zdravou fyzickou osobou 65 %. Vzhľadom na túto skutočnosť odporca rozhodnutím č. 555 114 6843 0 zo dňa 5.4.2014 v rámci autoremedúry v súlade s ust. § 112 ods. 1 zákona č. 461/2003 Z.z. o sociálnom poistení bolo zrušené napadnuté rozhodnutie č. XXX XXX XXXX X zo dňa 2.12.2013 a bolo odporcom vydané rozhodnutie č. XXX XXX XXXX X zo dňa 2.4.2014, ktorým bol navrhovateľke podľa ustanovenia § 73, § 112 ods. 4 a 6 a § 82 zákona č. 461/2003 Z.z. v znení neskorších predpisov od 4.2.2014 znížený invalidný dôchodok na sumu 226,30 eur. Navrhovateľka sa pojednávania v predmetnej veci nezúčastnila avšak doručenie predvolania vykázala a preto súd po prijatí procesného uznesenia podľa § 101 ods. 2 O.s.p. konal a rozhodol v neprítomnosti navrhovateľky. Na pojednávaní prítomná právna zástupkyňa odporcu žiadala nové rozhodnutie č. XXX XXX XXXX X zo dňa 2.4.2014 ako vecne správne potvrdiť. Vzhľadom k tomu, že navrhovateľke sa nepodarilo spochybniť nové rozhodnutie odporcu, súd po jeho preskúmaní rozhodnutie č. XXX XXX XXXX X zo dňa 2.4.2014 o znížení sumy invalidného dôchodku ako vecne správne a vydané v súlade so zákonom potvrdil podľa § 250q ods. 2 O.s.p. Navrhovateľka si trovy konania neuplatnila a preto súd rozhodol, že navrhovateľke trovy konania nepriznáva.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https://www.kauzis.sk/judikatura/r/ECLI:SK:KSBA:2015:1014200477.1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