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1S/72/2014 z 1. 7. 2015</w:t>
      </w:r>
    </w:p>
    <w:p>
      <w:r>
        <w:t>Uznesenie Krajského súdu Bratislava z 1. júla 2015, sp. zn. 1S/72/2014, ECLI:SK:KSBA:2015:1014200530.2</w:t>
      </w:r>
    </w:p>
    <w:p>
      <w:r>
        <w:t>Súd: Krajský súd Bratislava</w:t>
      </w:r>
    </w:p>
    <w:p>
      <w:r>
        <w:t>Spisová značka: 1S/72/2014</w:t>
      </w:r>
    </w:p>
    <w:p>
      <w:r>
        <w:t>ECLI: ECLI:SK:KSBA:2015:1014200530.2</w:t>
      </w:r>
    </w:p>
    <w:p>
      <w:r>
        <w:t>Dátum vydania: 1. 7.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1S/72/2014 Identifikačné číslo súdneho spisu: 1014200530 Dátum vydania rozhodnutia: 02. 07. 2015 Meno a priezvisko sudcu, VSÚ: JUDr. Monika Valašíková PhD. ECLI: ECLI:SK:KSBA:2015:1014200530.2 Uznesenie Krajský súd v Bratislave v právnej veci žalobcu: O. K., A. XX, K., zastúpený: JUDr. Vladimír Štefek, AK, Škultétyho č. 1, 831 04 Bratislava, proti žalovanému: Ministerstvo vnútra Slovenskej republiky, Pribinova 2, 812 72 Bratislava, o preskúmanie zákonnosti rozhodnutia žalovaného č. KM-OLVS-167/2013/OPK zo dňa 19.02.2014, takto r o z h o d o l : Záhlavie rozsudku Krajského súdu v Bratislave č. k. 1S 72/2014-79 zo dňa 26.3.2015 sa o p r a v u j e v časti označenia zloženia senátu a to tak, že správne má byť uvedené „v senáte zloženom z predsedníčky senátu JUDr. Moniky Valašikovej PhD., a členov senátu JUDr. Renáty Janákovej a Mgr. Viliama Pohančeníka“. o d ô v o d n e n i e : Krajský súd v Bratislave vydal dňa 26.3.2015 rozsudok č. k. 1S 72/2014-79, v ktorého záhlaví bolo omylom uvedené odlišné zloženie senátu rozhodujúceho vo veci, keď namiesto Mgr. Viliama Pohančeníka bol ako člen senátu nesprávne uvedený JUDr. Marián Trenčan. Podľa ust. § 164 zák. č. 99/1963 Zb. Občiansky súdny poriadok v platnom znení (ďalej len O.s.p.)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Vychádzajúc z pokynov uvedených v liste Najvyššieho súdu Slovenskej republiky sp. zn. 2Sžo/104/2015 zo dňa 24.6.2015, ktorý bol tunajšiemu súdu doručený dňa 29.6.2015, súd predmetné chyby v písaní v súlade s cit. ustanovením zákona opravil. Poučenie: Proti tomuto uzneseniu možno podať odvolanie do 15 dní odo dňa jeho písomného doručenia na Najvyšší súd Slovenskej republiky, prostredníctvom Krajského súdu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https://www.kauzis.sk/judikatura/r/ECLI:SK:KSBA:2015:1014200530.2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