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8Sd/60/2014 z 19. 10. 2015</w:t>
      </w:r>
    </w:p>
    <w:p>
      <w:r>
        <w:t>Uznesenie Krajského súdu Bratislava z 19. októbra 2015, sp. zn. 8Sd/60/2014, ECLI:SK:KSBA:2015:1014200622.3</w:t>
      </w:r>
    </w:p>
    <w:p>
      <w:r>
        <w:t>Súd: Krajský súd Bratislava</w:t>
      </w:r>
    </w:p>
    <w:p>
      <w:r>
        <w:t>Spisová značka: 8Sd/60/2014</w:t>
      </w:r>
    </w:p>
    <w:p>
      <w:r>
        <w:t>ECLI: ECLI:SK:KSBA:2015:1014200622.3</w:t>
      </w:r>
    </w:p>
    <w:p>
      <w:r>
        <w:t>Dátum vydania: 19. 10. 2015</w:t>
      </w:r>
    </w:p>
    <w:p>
      <w:r>
        <w:t>Forma: Uznesenie</w:t>
      </w:r>
    </w:p>
    <w:p>
      <w:pPr>
        <w:pStyle w:val="Heading2"/>
      </w:pPr>
      <w:r>
        <w:t>Text rozhodnutia</w:t>
      </w:r>
    </w:p>
    <w:p>
      <w:r>
        <w:t>Súd: Krajský súd Bratislava Spisová značka: 8Sd/60/2014 Identifikačné číslo súdneho spisu: 1014200622 Dátum vydania rozhodnutia: 20. 10. 2015 Meno a priezvisko sudcu, VSÚ: JUDr. Peter Pospech ECLI: ECLI:SK:KSBA:2015:1014200622.3 Uznesenie Krajský súd v Bratislave v právnej veci navrhovateľa: H.. O. J., nar. XX.XX.XXXX, bytom P. XXXXX/X, XXX XX O., zast. JUDr. Júliusom Jánošíkom, advokátom, Klincová 35, 821 08 Bratislava, proti odporkyni: Sociálna poisťovňa - ústredie, ul. 29. augusta 8, 813 63 Bratislava, o starobný dôchodok, takto r o z h o d o l : Súd konanie z a s t a v u j e . Odporkyňa je povinná zaplatiť navrhovateľovi trovy konania vo výške 281,48 Eur na účet jeho právneho zástupcu do troch dní od právoplatnosti tohto uznesenia. o d ô v o d n e n i e : Navrhovateľ svojím návrhom doručeným súdu dňa 23.04.2014 žiadal preskúmať rozhodnutie odporkyne číslo XXX XXX XXXX X zo dňa 14.02.2014, ktorým mu bola znížená suma starobného dôchodku na sumu 18,80 Eur mesačne. Podaním zo dňa 09.09.2015 navrhovateľ zobral odvolanie v celom rozsahu späť, konanie žiadal zastaviť a zaviazať odporkyňu na náhradu trov konania vo výške 281,48 Eur. Odporkyňa nemala námietky k zastaveniu konania. Súd podľa § 250d ods. 3 v spojení s § 250h ods. 2 a § 250l ods. 2 O.s.p. konanie zastavil. Nakoľko odporkyňa rozhodnutím číslo XXX XXX XXXX zo dňa 02.07.2015 vyhovela navrhovateľovi vo veci zvýšenia starobného dôchodku, navrhovateľ vzal návrh vo veci samej, ktorý bol podaný dôvodne, späť.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Podľa § 146 ods. 2 druhá veta O.s.p. ak sa však pre správanie odporcu vzal návrh späť, ktorý bol podaný dôvodne, je povinný uhradiť trovy konania odporca. Súd priznal navrhovateľovi náhradu trov konania pozostávajúcu z trov právneho zastupovania nasledovne: - z odmeny advokáta podľa § 11 ods. 4 vyhlášky Ministerstva spravodlivosti Slovenskej republiky č. 655/2004 Z.z. o odmenách a náhradách advokátov za poskytovanie právnych služieb v znení účinnom ku dňu vykonania úkonu (ďalej len „vyhláška č. 655/2004 Z. z.“) za 3 úkony právnej služby v roku 2015 (prevzatie a príprava zastúpenia zo dňa 28.04.2015, vyjadrenie vo veci zo dňa 06.05.2015, späťvzatie odvolania zo dňa 09.09.2015): 3 x 61,85 Eur + režijný paušál 3 x 8,39 Eur = 210,72 + 20% DPH, t.j. celkom 252,86 Eur, podľa § 13a ods. 4 druhá veta vyhlášky za 1 úkon právnej služby v roku 2015 (pojednávanie zo dňa 19.05.2015, ktoré bolo odročené bez prejednania veci): 1 x 15,46 Eur + režijný paušál 1 x 8,39 Eur = 23,85 Eur + 20% DPH, t.j. celkom 28,62 Eur. Náhrada trov konania spočívajúcich v trovách právneho zastúpenia predstavuje celkovo sumu 281,48 Eur. Súd poznamenáva, že navrhovateľ mal nárok na náhradu trov právneho zastúpenia podľa § 11 ods. 4 prvá veta citovanej vyhlášky za rok 2015 v sume 64,53 Eur a podľa § 13a ods. 4 druhá veta vyhlášky za rok 2015 v sume 16,13 Eur ale vzhľadom na viazanosť súdu návrhom účastníka konania v zmysle § 153 ods. 2 v spojení s § 167 ods. 2 O.s.p. súd priznal navrhovateľovi náhradu v uplatnenej výške. O trovách konania rozhodol súd podľa ustanovenia § 250k ods. 1 O. s. p. v spojení s § 246c ods. 1 vety prvej a § 146 ods. 2 druhej vety O.s.p. tak, že odporkyňa je povinná zaplatiť náhradu trov konania navrhovateľovi v celkovej výške 281,48 Eur na účet právneho zástupcu zmysle § 149 ods. 1 O.s.p. v spojení s § 246c ods. 1 veta prvá O.s.p. v lehote troch dní od právoplatnosti tohto uznesenia. Poučenie: Proti tomuto uzneseniu je možné podať odvolanie do 15 dní odo dňa jeho doručenia na Krajskom súde v Bratislave, písomne, dvojmo.</w:t>
      </w:r>
    </w:p>
    <w:p/>
    <w:p>
      <w:r>
        <w:t>Zdroj: KAUZIS.SK – https://www.kauzis.sk/judikatura/r/ECLI:SK:KSBA:2015:1014200622.3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