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8Sd/63/2014 z 18. 5. 2015</w:t>
      </w:r>
    </w:p>
    <w:p>
      <w:r>
        <w:t>Uznesenie Krajského súdu Bratislava z 18. mája 2015, sp. zn. 8Sd/63/2014, ECLI:SK:KSBA:2015:1014200652.1</w:t>
      </w:r>
    </w:p>
    <w:p>
      <w:r>
        <w:t>Súd: Krajský súd Bratislava</w:t>
      </w:r>
    </w:p>
    <w:p>
      <w:r>
        <w:t>Spisová značka: 8Sd/63/2014</w:t>
      </w:r>
    </w:p>
    <w:p>
      <w:r>
        <w:t>ECLI: ECLI:SK:KSBA:2015:1014200652.1</w:t>
      </w:r>
    </w:p>
    <w:p>
      <w:r>
        <w:t>Dátum vydania: 18. 5. 2015</w:t>
      </w:r>
    </w:p>
    <w:p>
      <w:r>
        <w:t>Forma: Uznesenie</w:t>
      </w:r>
    </w:p>
    <w:p>
      <w:r>
        <w:t>Oblasť práva: Správne právo</w:t>
      </w:r>
    </w:p>
    <w:p>
      <w:pPr>
        <w:pStyle w:val="Heading2"/>
      </w:pPr>
      <w:r>
        <w:t>Text rozhodnutia</w:t>
      </w:r>
    </w:p>
    <w:p>
      <w:r>
        <w:t>Súd: Krajský súd Bratislava Spisová značka: 8Sd/63/2014 Identifikačné číslo súdneho spisu: 1014200652 Dátum vydania rozhodnutia: 19. 05. 2015 Meno a priezvisko sudcu, VSÚ: JUDr. Peter Pospech ECLI: ECLI:SK:KSBA:2015:1014200652.1 Uznesenie Krajský súd v C. pred samosudcom JUDr. Petrom Pospechom, v právnej veci navrhovateľky: P.. Q. C., Q. Č. XXXXXX/XXXX, C. S. XXX/XX, XXX XX C., proti odporcovi: Sociálna poisťovňa - ústredie, so sídlom Ul. 29. augusta 8, 813 63 Bratislava, v spore o invalidný dôchodok, takto r o z h o d o l : Súd napadnuté rozhodnutie odporcu č. XXX XXX XXXX X zo dňa 9.12.2013 o priznaní invalidného dôchodku ako vecne správne p o t v r d z u j e podľa § 250q ods. 2 O.s.p. Navrhovateľke súd náhradu trov konania nepriznáva. o d ô v o d n e n i e : Napadnutým rozhodnutím č. XXX XXX XXXX X zo dňa 9.12.2013 bol navrhovateľke podľa ustanovenia § 70 ods. 1 zákona v znení neskorších predpisov priznaný od 8.10.2013 invalidný dôchodok v sume 535,00,- eur mesačne. Podľa § 263a ods. 5 zákona č. 529/2006 Z.z. zároveň navrhovateľke zanikol nárok na invalidný dôchodok v sume 386,50,- eur mesačne, ktorý sa jej k tomuto dňu vyplácal. Rozhodnutie navrhovateľka prevzala osobne dňa 13.1.2014, čo potvrdila vlastnoručným podpisom na doručenke. Navrhovateľka v zákonnom stanovenej lehote proti vyššie uvedenému rozhodnutiu podala opravný prostriedok, v ktorom nesúhlasila s dátumom vzniku invalidity. K predmetu sporu a k opravnému prostriedku sa odporca písomne vyjadril svojim písomným podaním zo dňa 2.5.2014 v ktorom uviedol, že navrhovateľke sa nepodarilo spochybniť správnosť napadnutého rozhodnutia o priznaní invalidného dôchodku a o jej žiadosti o invalidný dôchodok bolo rozhodnuté v súlade s objektívne zisteným skutkovým stavom a preto žiadal napadnuté rozhodnutie č. XXX XXX XXXX X zo dňa 9.12.2013 o priznaní invalidného dôchodku ako vecne správne potvrdiť. Krajský súd v Bratislave ako súd vecne a miestne príslušný na konanie podľa tretej hlavy piatej časti O.s.p. preskúmal napadnuté rozhodnutie v rozsahu dôvodov, ktoré uviedla navrhovateľka vo svojom opravnom prostriedku s tým, že nesúhlasila s dátumom vzniku invalidity podľa § 244 O.s.p. a po preskúmaní napadnutého rozhodnutia dospel k záveru, že opravný prostriedok navrhovateľky nie je dôvodný. Podľa ustanovenia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č. 461/2003 Z.z. o sociálnom poistení, poistenec je invalidný, ak pre dlhodobo nepriaznivý zdravotný stav má pokles schopnosti vykonávať zárobkovú činnosť o viac ako 40 % v porovnaní so zdravou fyzickou osobou. Pretože navrhovateľka je od 19.10.2001 poberateľkou invalidného dôchodku, ktorý jej bol priznaný podľa právnych predpisov účinných do 31.12.2003, na základe stanovenej kontrolnej lekárskej prehliadky bol jej zdravotný stav opätovne posúdený podľa právnych predpisov účinných po 31.12.2003 a zároveň aj podľa zákona č. 461/2003 Zb. Podľa posudku posudkového lekára sociálneho poistenia Sociálnej poisťovne, pobočky Bratislava zo dňa 8.10.2013, ktorý bol vypracovaný na základe stanovenej lekárskej prehliadky je navrhovateľka invalidná podľa § 29 zákona č. 100/1988 Zb. o sociálnom zabezpečení a zároveň je od 8.10.2013 invalidná podľa ustanovenia § 71 ods. 1 zákona č. 461/2003 Z.z. s mierou poklesu schopnosti vykonávať zárobkovú činnosť 75 % v porovnaní so zdravou fyzickou osobou. Vzhľadom na uvedené bol navrhovateľke napadnutým rozhodnutím priznaný invalidný dôchodok podľa zákona č. 461/2003 Z.z. v znení neskorších predpisov v sume 535,- eur a zároveň jej zanikol nárok na doteraz vyplácaný invalidný dôchodok v nižšej sume 386,50,- eur. Na základe podaného opravného prostriedku bol opätovne posúdený zdravotný stav navrhovateľky posudkovým lekárom Sociálnej poisťovne, pobočky Bratislava a lekárom sociálneho poistenia Sociálnej poisťovne - ústredie s rovnakým výsledkom t.j., že navrhovateľka je i naďalej invalidná podľa § 29 zákona č. 100/1988 Zb. o sociálnom zabezpečení v znení neskorších predpisov a zároveň je invalidná od 8.10.2013 s mierou poklesu schopnosti vykonávať zárobkovú činnosť v porovnaní so zdravou fyzickou osobou 75 %. Z dôvodu, že navrhovateľke sa nepodarilo spochybniť správnosť napadnutého rozhodnutia o priznaní invalidného dôchodku, súd dospel k záveru, že napadnuté rozhodnutie je správne a bolo vydané v súlade so zákonom a preto ho potvrdil podľa § 250q ods. 2 O.s.p. Navrhovateľka si trovy konania neuplatnila a preto súd aj vzhľadom na výsledok v spore navrhovateľke trovy konania nepriznal.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https://www.kauzis.sk/judikatura/r/ECLI:SK:KSBA:2015:1014200652.1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