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10Sd/63/2014 z 26. 2. 2015</w:t>
      </w:r>
    </w:p>
    <w:p>
      <w:r>
        <w:t>Rozsudok Krajského súdu Bratislava z 26. februára 2015, sp. zn. 10Sd/63/2014, ECLI:SK:KSBA:2015:1014200656.2</w:t>
      </w:r>
    </w:p>
    <w:p>
      <w:r>
        <w:t>Súd: Krajský súd Bratislava</w:t>
      </w:r>
    </w:p>
    <w:p>
      <w:r>
        <w:t>Spisová značka: 10Sd/63/2014</w:t>
      </w:r>
    </w:p>
    <w:p>
      <w:r>
        <w:t>ECLI: ECLI:SK:KSBA:2015:1014200656.2</w:t>
      </w:r>
    </w:p>
    <w:p>
      <w:r>
        <w:t>Dátum vydania: 26. 2. 2015</w:t>
      </w:r>
    </w:p>
    <w:p>
      <w:r>
        <w:t>Forma: Rozsudok</w:t>
      </w:r>
    </w:p>
    <w:p>
      <w:r>
        <w:t>Oblasť práva: Správne právo</w:t>
      </w:r>
    </w:p>
    <w:p>
      <w:pPr>
        <w:pStyle w:val="Heading2"/>
      </w:pPr>
      <w:r>
        <w:t>Text rozhodnutia</w:t>
      </w:r>
    </w:p>
    <w:p>
      <w:r>
        <w:t>Súd: Krajský súd Bratislava Spisová značka: 10Sd/63/2014 Identifikačné číslo súdneho spisu: 1014200656 Dátum vydania rozhodnutia: 27. 02. 2015 Meno a priezvisko sudcu, VSÚ: JUDr. Beata Jurgošová ECLI: ECLI:SK:KSBA:2015:1014200656.2 ROZSUDOK V MENE SLOVENSKEJ REPUBLIKY Krajský súd v Bratislave sudkyňou JUDr. Beátou Jurgošovou v právnej veci navrhovateľa R.. J. K., Z. M. XXXX/XX, Z. proti odporkyni Sociálnej poisťovni ústredie v Bratislave, Ul. 29. augusta č. 8-10, Bratislava o invalidný dôchodok takto r o z h o d o l : Súd rozhodnutie odporkyne Č. XXX XXX XXXX X zo dňa 3. januára 2014 p o t v r d z u j e. Účastníkom náhradu trov konania nepriznáva. o d ô v o d n e n i e : Rozhodnutím Č. XXX XXX XXXX X zo dňa 3. januára 2014 odporkyňa podľa § 70 ods. 1, § 82 a § 293ce zákona č. 461/2003 Z. z. o sociálnom poistení v znení neskorších predpisov priznala navrhovateľovi od 13. augusta 2013 invalidný dôchodok v sume 324,20 eur mesačne. Podľa § 82 zákona č. 461/2003 Z. z. o sociálnom poistení v znení neskorších predpisov a § 1 opatrenia Ministerstva práce, sociálnych vecí a rodiny Slovenskej republiky č. 329/2013 Z. z., ktorým sa ustanovuje pevná suma zvýšenia dôchodkovej dávky a percento zvýšenia úrazovej renty, navrhovateľovi zvýšila invalidný dôchodok na sumu 328,70 eur mesačne. Rozhodla tak s odôvodnením, že podľa posudku posudkového lekára sociálneho poistenia Sociálnej poisťovne, pobočka Bratislava zo dňa 9. októbra 2013 navrhovateľ bol uznaný za invalidného, miera poklesu schopnosti vykonávať zárobkovú činnosť u navrhovateľa je 60 %. Navrhovateľ návrhom zo dňa 27.1.2014 žiadal preskúmať toto rozhodnutie, nesúhlasil so stanovým dátumom vzniku invalidity a vzhľadom na jeho zdravotný stav žiadal o priznanie invalidity tri roky spätne. Krajský súd preskúmal napadnuté rozhodnutie podľa § 250l a nasl. O.s.p., prejednal návrh navrhovateľa a dospel k záveru, že návrh nie je dôvodný. Krajský súd vykonal dokazovanie výsluchom odporkyne, posudkom posudkového lekára Sociálnej poisťovne pobočky Bratislava zo dňa 9.10.2013 a posudkom posudkového lekára Sociálnej poisťovne ústredie Bratislava zo dňa 23.4.2014 a 18.11.2014, oboznámil sa s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Na základe žiadosti navrhovateľa o invalidný dôchodok zdravotný stav a pracovná schopnosť navrhovateľa boli posúdené posudkovým lekárom Sociálnej poisťovne pobočka Bratislava zo dňa 9.10.2013, ktorý uviedol, že navrhovateľ je invalidný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v percentách je 60 %. Dátum vzniku invalidity určil od 13.8.2013. Súčasne uviedol, že rozhodujúcim zdravotným postihnutím odôvodňujúcim invaliditu je zdravotné postihnutie zaradené do kapitoly XV, oddiel G, položka 41.3, písmeno a. Posudkový lekár Sociálnej poisťovne ústredie Bratislava v posudku zo dňa 23.4.2014, uviedol, že zdravotný stav navrhovateľa spĺňa posudkové kritériá na uznanie invalidity od 13.8.2013 s MPSVZČ 60%, t.j. dňom ortopedického vyšetrenia. Rozhodujúcim zdravotným postihnutím je artróza ľavého bedrového kĺbu IV. stupňa, jedná sa o ťažké funkčné postihnutie ale nie je v plnom rozsahu rozvoj ankylózy. Na pravom bedrovom kĺbe je rozvinutá artróza III. stupňa podľa rtg dokumentácie, jedná sa o funkčné postihnutie stredného stupňa. Ochorenie pravého bedrového kĺbu bolo posudkovo zohľadnené pri zvýšení percentuálnej miery o 10% pre iné zdravotné postihnutie. Spätné uznanie invalidity do roku 2010 - 3 roky spätne, je z posudkového hľadiska bezpredmetné, nakoľko navrhovateľ nezdokladoval žiadne prepúšťacie správy, odborné vyšetrenia, ktoré by potvrdili, že jeho zdravotný stav bol v danom období dlhodobo nepriaznivý a vyžadoval si cielenú liečbu vzhľadom na predmetné ortopedické ochorenie, ktoré bolo podľa jeho údajov dekompenzované. V posudkovej spisovej dokumentácii od roku 2000 do roku 2010 nie sú zdokladované žiadne lekárske vyšetrenia, navrhovateľ sám uviedol, že dokumentácia z minulosti sa mu stratila pri rušení Ortopedickej kliniky na Hlbokej ceste v Bratislave. Celková miera poklesu schopnosti vykonávať zárobkovú činnosť u navrhovateľa je 60%. Dátum vzniku invalidity stanovil od13.8.2013. Navrhovateľ je invalidný podľa § 71 ods. 1 zákona č. 461/2003 Z.z. o sociálnom zabezpečení. Navrhovateľ môže vykonávať prácu na pôvodnom pracovisku, na trhu práce môže vykonávať prácu len v prostredí bez trvalého zaťažovania dolných končatín, môže vykonávať prácu zodpovedajúcu vzdelaniu, vhodnú i na skrátený úväzok. Posudkový lekár Sociálnej poisťovne ústredie Bratislava v posudku zo dňa 18.11.2014 ohľadom dokumentácie o kúpeľnom pobyte v Kúpeľoch Trenčianske Teplice a.s. od 6.1.2008 do 13.1.2008 z posudkového hľadiska konštatoval, že sa jedná o prepúšťaciu správu z kúpeľnej liečby, ktorú navrhovateľ absolvoval v 01/2008 ako samoplatca, predmetná správa má nízku medicínsku a posudkovú výpovednú hodnotu, pre spätné uznanie invalidity u navrhovateľa je bezpredmetná, nie je to relevantný dôkaz o tom, že zdravotný stav navrhovateľa bol v danom období dlhodobo nepriaznivý. Nie sú zdokladované odborné vyšetrenia z minulých rokov - ortopedické, neurologické, prepúšťacie správy z hospitalizácií, ktoré by potvrdili, že zdravotný stav navrhovateľa bol v minulosti dlhodobo nepriaznivý a neustále si vyžadoval liečbu na odborných ambulantných a klinických pracoviskách. Ohľadom Výmenného listu - poukazu od všeobecného lekára pre dospelých zo dňa 17.9.2013 konštatoval, že z posudkového hľadiska predmetný výmenný list má nulovú výpovednú posudkovú hodnotu, posudkovo je bezvýznamné. Ohľadom spätného uznania invalidity 3 roky spätne pred dátumom priznania invalidity posudkový lekár zaujal stanovisko, že toto je z posudkového hľadiska bezpredmetné, pretože relevantný dôkaz o dlhodobo nepriaznivom zdravotnom stave navrhovateľa v uvedenom období nebol zdokladovaný odbornými vyšetreniami z minulých rokov. Navrhovateľ na pojednávaní dňa 27.2.2015 uviedol, že od roku 2008 má zdravotné problémy - skoliózu chrbtice a od roku 2000 má bolesti kĺbov, vysoký krvný tlak. Zároveň uviedol, že všetky lekárske správy už predložil a ďalšie nemá. Zástupkyňa odporkyne vzhľadom na zhodné závery posudkov posudkových lekárov žiadala napadnuté rozhodnutie ako vecne správne potvrdiť. Posudkový lekár sociálneho poistenia Sociálnej poisťovne pobočka Bratislava ako aj posudkový lekár sociálneho poistenia Sociálnej poisťovne ústredie Bratislava vo svojich vyššie uvedených posudkoch zohľadnili všetky navrhovateľom uvádzané ťažkosti a vysporiadali sa s lekárskymi nálezmi navrhovateľa a konštatovali, že rozhodujúcim zdravotným postihnutím je artróza ľavého bedrového kĺbu IV. stupňa, jedná sa o ťažké funkčné postihnutie ale nie je v plnom rozsahu rozvoj ankylózy. Na pravom bedrovom kĺbe je rozvinutá artróza III. stupňa podľa rtg dokumentácie, jedná sa o funkčné postihnutie stredného stupňa (kapitola XV., oddiel G, položka 41.3.a) prílohy č. 4 zákona č. 461/2003 Z. z.), kde mieru poklesu schopnosti vykonávať zárobkovú činnosť posudkoví lekári stanovili na 50 %. Pre iné zdravotné ochorenie a to ochorenie pravého bedrového kĺbu (kapitola XV., oddiel G, položka 41.2.a) prílohy č. 4 zákona č. 461/2003 Z. z.) zvýšili percentuálnu mieru o 10 %. Celková miera poklesu schopnosti vykonávať zárobkovú činnosť u navrhovateľa je 60 %. Dátum vzniku invalidity stanovili od 13.8.2013, spätné uznanie invalidity 3 roky pred dátumom priznania invalidity z posudkového hľadiska je bezpredmetné, pretože navrhovateľ nezdokladoval žiadne prepúšťacie správy, odborné vyšetrenia, ktoré by potvrdili, že jeho zdravotný stav v uvedenom období bol dlhodobo nepriaznivý a vyžadoval si liečbu na predmetné ortopedické ochorenie. Závery posudkov posudkových lekárov sú odborné, presvedčivé, náležite zdôvodnené a súd nezistil rozpor medzi ich závermi a zisteným skutočným stavom. Krajský súd preto z vyššie uvedených dôvodov napadnuté rozhodnutie číslo 641 102 7260 0 zo dňa 3. januára 2014 podľa § 250q ods. 2 O.s.p. ako vecne správne potvrdil. O trovách konania súd rozhodol podľa § 250k ods. 1 v spojení s § 250l ods. 2 O.s.p. Navrhovateľ nebol v konaní úspešný, a preto mu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https://www.kauzis.sk/judikatura/r/ECLI:SK:KSBA:2015:1014200656.2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