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5Sd/68/2014 z 26. 11. 2015</w:t>
      </w:r>
    </w:p>
    <w:p>
      <w:r>
        <w:t>Uznesenie Krajského súdu Bratislava z 26. novembra 2015, sp. zn. 5Sd/68/2014, ECLI:SK:KSBA:2015:1014200722.2</w:t>
      </w:r>
    </w:p>
    <w:p>
      <w:r>
        <w:t>Súd: Krajský súd Bratislava</w:t>
      </w:r>
    </w:p>
    <w:p>
      <w:r>
        <w:t>Spisová značka: 5Sd/68/2014</w:t>
      </w:r>
    </w:p>
    <w:p>
      <w:r>
        <w:t>ECLI: ECLI:SK:KSBA:2015:1014200722.2</w:t>
      </w:r>
    </w:p>
    <w:p>
      <w:r>
        <w:t>Dátum vydania: 26.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5Sd/68/2014 Identifikačné číslo súdneho spisu: 1014200722 Dátum vydania rozhodnutia: 27. 11. 2015 Meno a priezvisko sudcu, VSÚ: JUDr. Milota Tóthová ECLI: ECLI:SK:KSBA:2015:1014200722.2</w:t>
      </w:r>
    </w:p>
    <w:p>
      <w:r>
        <w:t>Uznesenie Krajský súd v Bratislave v právnej veci navrhovateľa: D. R., bytom N.na C. XXXX/X, H., korešpondenčná adresa Ú. XX, H., proti odporkyni: Sociálnej poisťovni ústredie, Ul. 29. augusta č. 8-10, Bratislava, o invalidný dôchodok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10.3.2014 žiadal preskúmať rozhodnutie odporkyne číslo XXX XXX XXXX X zo dňa 9.12.2013, ktorým odporkyňa navrhovateľovi od 19. novembra 2013 priznala invalidný dôchodok v sume 205,40 eur mesačne, zvýšený od 1. januára 2014 na sumu 209,90 eur mesačne (miera poklesu schopnosti vykonávať zárobkovú činnosť bola stanovená na 50%).</w:t>
      </w:r>
    </w:p>
    <w:p>
      <w:r>
        <w:t>Písomným prehlásením zo dňa 21.5.2015 navrhovateľ vzal späť návrh v celom rozsahu z dôvodu, že mu bola priznaná vyššia miera poklesu schopnosti vykonávať zárobkovú činnosť a zvýšený invalidný dôchodok.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https://www.kauzis.sk/judikatura/r/ECLI:SK:KSBA:2015:1014200722.2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