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5S/92/2014 z 4. 10. 2015</w:t>
      </w:r>
    </w:p>
    <w:p>
      <w:r>
        <w:t>Uznesenie Krajského súdu Bratislava z 4. októbra 2015, sp. zn. 5S/92/2014, ECLI:SK:KSBA:2015:1014200734.2</w:t>
      </w:r>
    </w:p>
    <w:p>
      <w:r>
        <w:t>Súd: Krajský súd Bratislava</w:t>
      </w:r>
    </w:p>
    <w:p>
      <w:r>
        <w:t>Spisová značka: 5S/92/2014</w:t>
      </w:r>
    </w:p>
    <w:p>
      <w:r>
        <w:t>ECLI: ECLI:SK:KSBA:2015:1014200734.2</w:t>
      </w:r>
    </w:p>
    <w:p>
      <w:r>
        <w:t>Dátum vydania: 4.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5S/92/2014 Identifikačné číslo súdneho spisu: 1014200734 Dátum vydania rozhodnutia: 05. 10. 2015 Meno a priezvisko sudcu, VSÚ: Mgr. Helena Marcinkechová ECLI: ECLI:SK:KSBA:2015:1014200734.2 Uznesenie Krajský súd v Bratislave v právnej veci žalobcu: v právnej veci žalobcu: GENERIX, a.s., Dvořákovo nábrežie 8/A, 811 02 Bratislava, zastúpený: JUDr. Felix Neupauer, Karadžičova 10, 821 08 Bratislava, proti žalovanému: Úrad pre dohľad nad zdravotnou starostlivosťou, Žellova 2, 829 24 Bratislava o preskúmanie zákonnosti rozhodnutia žalovaného č. DK 301/00027/2013/R zo dňa 07.03.2014, takto r o z h o d o l : Súd opravuje v záhlaví rozsudku č.k. 5S/92/2014-33 zo dňa 19.5.2015 označenie sídla žalobcu tak, že toto správne znie: Dvořákovo nábrežie 8/A, 811 02 Bratislava. o d ô v o d n e n i e : Pri písomnom vyhotovení rozsudku č.k. 5S/92/2014-33 zo dňa 19.5.2015 došlo k chybe v písaní, keď v záhlaví uvedeného rozsudku bolo sídlo žalobcu uvedené na adrese Karadžičova 10, 821 08 Bratislava. Keďže však žalobca zmenil adresu svojho sídla od 8.7.2014, správne sídlo žalobcu je Dvořákovo nábrežie 8/A, 811 02 Bratislava. Podľa § 164 O.s.p.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https://www.kauzis.sk/judikatura/r/ECLI:SK:KSBA:2015:1014200734.2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