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5S/93/2014 z 22. 6. 2015</w:t>
      </w:r>
    </w:p>
    <w:p>
      <w:r>
        <w:t>Uznesenie Krajského súdu Bratislava z 22. júna 2015, sp. zn. 5S/93/2014, ECLI:SK:KSBA:2015:1014200735.1</w:t>
      </w:r>
    </w:p>
    <w:p>
      <w:r>
        <w:t>Súd: Krajský súd Bratislava</w:t>
      </w:r>
    </w:p>
    <w:p>
      <w:r>
        <w:t>Spisová značka: 5S/93/2014</w:t>
      </w:r>
    </w:p>
    <w:p>
      <w:r>
        <w:t>ECLI: ECLI:SK:KSBA:2015:1014200735.1</w:t>
      </w:r>
    </w:p>
    <w:p>
      <w:r>
        <w:t>Dátum vydania: 22.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5S/93/2014 Identifikačné číslo súdneho spisu: 1014200735 Dátum vydania rozhodnutia: 23. 06. 2015 Meno a priezvisko sudcu, VSÚ: JUDr. Viera Šebestová ECLI: ECLI:SK:KSBA:2015:1014200735.1 Uznesenie Krajský súd v Bratislave v právnej veci žalobcu: U.. I. P., I. X/A, XXX XX I., zastúpený: Advokátska kancelária JUDr. Dušan Repák, Krížna 47, 811 07 Bratislava, proti žalovanému: Okresný úrad Bratislava, odbor opravných prostriedkov, referát vnútorných vecí, Staromestská 6, 814 40 Bratislava, o preskúmanie zákonnosti rozhodnutia žalovaného č.j.: OU-BA-OOP1-2014/04294 zo dňa 04.03.2014, takto r o z h o d o l : Súd konanie z a s t a v u j e. Žiaden z účastníkov nemá právo na náhradu trov konania . o d ô v o d n e n i e : Žalobou doručenou Krajskému súdu v Bratislave dňa 12.05.2014 sa žalobca domáhal preskúmania zákonnosti rozhodnutia žalovaného č.j.: OU-BA-OOP1-2014/04294 dňa 04.03.2014, ktorým žalovaný oznámil žalobcovi, že jeho odvolanie proti rozhodnutiu Obvodného úradu Bratislava, odbor všeobecnej vnútornej správy, Staromestská 6, Bratislava č. ObU-BA-OVVS3-2013/45614 zo dňa 03.09.2013, ktorým zastavil konanie o návrhu žalobcu na obnovu konania zo dňa 07.07.2010, ktorým sa žalobca domáhal zrušenia právoplatného Rozkazu o uložení sankcie za priestupok, ktorý vydal pod č. OVVS- Pr-1362/2-10-BK/P14 zo dňa 01.07-2010, bolo podané oneskorene. Podľa ust. § 5 ods. 1 písm. a) zák. č. 71/1992 Zb. o súdnych poplatkoch, poplatková povinnosť vzniká podaním návrhu, odvolania a dovolania alebo žiadosti na vykonanie poplatkového úkonu, ak je poplatníkom navrhovateľ, odvolateľ a dovolateľ. Podľa § 8 ods. 1 zák. č. 71/1992 Zb., poplatok za podanie návrhu alebo žiadosti, poplatok za uplatnenie námietky zaujatosti v konkurznom konaní alebo reštrukturalizačnom konaní podľa osobitného predpisu a poplatok za konanie, je splatný vznikom poplatkovej povinnosti. Podľa § 10 ods. 1 zák. č. 71/1992 Zb.,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poučený. Podľa § 10 ods. 3 zák. č. 71/1992 Zb., súd zruší uznesenie o zastavení konania pre nezaplatenie súdneho poplatku, ak poplatník zaplatí súdny poplatok do konca lehoty na podanie odvolania. Žalobcovi bola výzva doručená dňa 27.05.2015, aby v lehote do 10 dní od doručenia výzvy zaplatil súdny poplatok za žalobu vo výške 70,- eur. Výzva bola doručená žalobcovi s tým, že bol v nej poučený o následkoch nezaplatenia súdneho poplatku. Keďže žalobca súdny poplatok za žalobu na základe výzvy súdu nezaplatil, súd podľa § 10 ods. 1 zákona o súdnych poplatkoch konanie pre nezaplatenie súdneho poplatku zastavil. O trovách konania súd rozhodol podľa § 146 ods. 1 písm. c) v spojení s ust. § 246c O.s.p. tak, že žiadnemu z účastníkov nepriznal náhradu trov konania. Poučenie: Proti tomuto uzneseniu je možné podať odvolanie do 15 dní odo dňa jeho doručenia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https://www.kauzis.sk/judikatura/r/ECLI:SK:KSBA:2015:1014200735.1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