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5S/93/2014 z 10. 8. 2015</w:t>
      </w:r>
    </w:p>
    <w:p>
      <w:r>
        <w:t>Uznesenie Krajského súdu Bratislava z 10. augusta 2015, sp. zn. 5S/93/2014, ECLI:SK:KSBA:2015:1014200735.2</w:t>
      </w:r>
    </w:p>
    <w:p>
      <w:r>
        <w:t>Súd: Krajský súd Bratislava</w:t>
      </w:r>
    </w:p>
    <w:p>
      <w:r>
        <w:t>Spisová značka: 5S/93/2014</w:t>
      </w:r>
    </w:p>
    <w:p>
      <w:r>
        <w:t>ECLI: ECLI:SK:KSBA:2015:1014200735.2</w:t>
      </w:r>
    </w:p>
    <w:p>
      <w:r>
        <w:t>Dátum vydania: 10. 8.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5S/93/2014 Identifikačné číslo súdneho spisu: 1014200735 Dátum vydania rozhodnutia: 11. 08. 2015 Meno a priezvisko sudcu, VSÚ: Mgr. Helena Marcinkechová ECLI: ECLI:SK:KSBA:2015:1014200735.2 Uznesenie Krajský súd v Bratislave v právnej veci žalobcu: Ing. I. P., I. X/A, XXX XX I., zastúpený: Advokátska kancelária JUDr. Dušan Repák, Krížna 47, 811 07 Bratislava, proti žalovanému: Okresný úrad Bratislava, odbor opravných prostriedkov, referát vnútorných vecí, Staromestská 6, 814 40 Bratislava, o preskúmanie zákonnosti rozhodnutia žalovaného č.j.: OU-BA-OOP1-2014/04294 zo dňa 04.03.2014, takto r o z h o d o l : Súd zrušuje uznesenie Krajského súdu v Bratislave č.k. 5S/93/2014-50 zo dňa 23.6.2015. o d ô v o d n e n i e : Žalobou doručenou Krajskému súdu v Bratislave dňa 12.05.2014 sa žalobca domáhal preskúmania zákonnosti rozhodnutia žalovaného č.j.: OU-BA-OOP1-2014/04294 dňa 04.03.2014, ktorým žalovaný oznámil žalobcovi, že jeho odvolanie proti rozhodnutiu Obvodného úradu Bratislava, odbor všeobecnej vnútornej správy, Staromestská 6, Bratislava č. ObU-BA-OVVS3-2013/45614 zo dňa 03.09.2013, ktorým zastavil konanie o návrhu žalobcu na obnovu konania zo dňa 07.07.2010, ktorým sa žalobca domáhal zrušenia právoplatného Rozkazu o uložení sankcie za priestupok, ktorý vydal pod č. OVVS- Pr-1362/2-10-BK/P14 zo dňa 01.07-2010, bolo podané oneskorene. Keďže žalobca spolu so žalobou nezaplatil súdny poplatok za podanie žaloby v sume 35,- eur, a tento nezaplatil ani na výzvu súdu, napriek poučeniu o právnych následkoch nezaplatenia súdneho poplatku, súd konanie uznesením č.k. 5S/93/2014-50 zo dňa 23.6.2015 zastavil. Žalobca sa proti predmetnému rozhodnutiu v zákonnej lehote odvolal s tým, že súdny poplatok dodatočne zaplatil. Podľa § 10 ods. 3 zákona č. 71/1992 Zb. o súdnych poplatkoch prvostupňový súd zruší uznesenie o zastavení konania pre nezaplatenie súdneho poplatku, ak poplatník zaplatí súdny poplatok do konca lehoty na podanie odvolania. Prvostupňový súd zruší uznesenie o zastavení konania pre nezaplatenie súdneho poplatku aj vtedy, ak bolo konanie prerušené podľa osobitného predpisu a správca v ňom pokračuje namiesto poplatníka. Vzhľadom na to, že žalobca v lehote na podanie odvolania zaplatil súdny poplatok, rozhodol súd tak, že uznesenie o zastavení konania zrušil. Poučenie: Proti tomuto uzneseniu možno podať odvolanie do 15 dní odo dňa jeho doručenia na Krajský súd v Bratislave dvojmo. Odvolaniu podanému proti rozhodnutiu, ktoré vydal súdny úradník alebo justičný čakateľ, môže v celom rozsahu vyhovieť sudca, ktorého rozhodnutie sa považuje za rozhodnutie súdu prvého stupňa; ak sudca odvolaniu nevyhovie, predloží vec na rozhodnutie odvolaciemu súdu.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https://www.kauzis.sk/judikatura/r/ECLI:SK:KSBA:2015:1014200735.2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