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2S/103/2014 z 2. 6. 2015</w:t>
      </w:r>
    </w:p>
    <w:p>
      <w:r>
        <w:t>Rozsudok Krajského súdu Bratislava z 2. júna 2015, sp. zn. 2S/103/2014, ECLI:SK:KSBA:2015:1014200741.2</w:t>
      </w:r>
    </w:p>
    <w:p>
      <w:r>
        <w:t>Súd: Krajský súd Bratislava</w:t>
      </w:r>
    </w:p>
    <w:p>
      <w:r>
        <w:t>Spisová značka: 2S/103/2014</w:t>
      </w:r>
    </w:p>
    <w:p>
      <w:r>
        <w:t>ECLI: ECLI:SK:KSBA:2015:1014200741.2</w:t>
      </w:r>
    </w:p>
    <w:p>
      <w:r>
        <w:t>Dátum vydania: 2. 6.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2S/103/2014 Identifikačné číslo súdneho spisu: 1014200741 Dátum vydania rozhodnutia: 03. 06. 2015 Meno a priezvisko sudcu, VSÚ: JUDr. Marián Trenčan ECLI: ECLI:SK:KSBA:2015:1014200741.2 ROZSUDOK V MENE SLOVENSKEJ REPUBLIKY Krajský súd v Bratislave v senáte zloženom z predsedu senátu JUDr. Mariána Trenčana a členov senátu JUDr. Vlastimila Pavlikovského a Mgr. Viliama Pohančeníka, v právnej veci žalobcu: plk. U.. U. B., nar. XX.XX.XXXX, ul. I. M. č. XX, G., zastúpený: REKEN &amp; PARTNERS Law Firm, s.r.o., JUDr. Boris Reken, advokát a konateľ, Tichá 45, Bratislava, proti žalovanému: Ministerstvo vnútra SR, Pribinova 2, Bratislava, o preskúmanie zákonnosti rozhodnutia ministra vnútra Slovenskej republiky č.p.: KM-D.-X/ XXXXOPK zo dňa XX.XX.XXXX, jednohlasne takto r o z h o d o l : Krajský súd v Bratislave napadnuté rozhodnutie žalovaného č. KM-D.-X/XXXX/OPK zo dňa 12.03.2014 zrušuje podľa § 250j ods. 2 písm. d/ O.s.p. a vec vracia žalovanému na ďalšie konanie. Žalovaný je povinný zaplatiť žalobcovi náhradu trov konania v sume 70 € za súdny poplatok a v sume 340,90 € z titulu trov právneho zastúpenia na účet jeho právneho zástupcu do 30 dní od právoplatnosti rozsudku. o d ô v o d n e n i e : Žalobou doručenou tunajšiemu súdu dňa 12.05.2014 sa žalobca domáhal preskúmania zákonnosti rozhodnutia ministra vnútra SR č.p.: KM-OLVS-X/XXXXOPK zo dňa 12.03.2014, ktorým bol zamietnutý rozklad žalobcu proti článku 118 personálneho rozkazu ministra vnútra SR č. XXX zo dňa 18.12.2013 a bolo potvrdené rozkladom napadnuté rozhodnutie, ktorým bol žalobca - služobne zaradený v stálej štátnej službe vo funkcii zástupca riaditeľa Okresného riaditeľa Policajného zboru (ďalej aj OR PZ) v Lučenci, dňom 01.01.2014 prevedený na OR PZ v Lučenci podľa § 35 ods. 1 písm. a/ zákona č. 73/1998 Z.z. o štátnej službe príslušníkov Policajného zboru Slovenskej informačnej služby, Zboru väzenskej a justičnej stráže Slovenskej republiky a Železničnej polície (ďalej aj zákon č. 73/1998 Z.z.). Súčasne bol žalobca podľa § 35 ods. 9 uvedeného zákona dňom 31.12.2013 odvolaný z doterajšej funkcie s tým, že jeho ustanovenie do funkcie dňom 01.01.2014 vykoná riaditeľ OR PZ v Lučenci. Dôvodom vydania napadnutého rozhodnutia bola skutočnosť, že personálnym rozkazom ministra vnútra SR č. 331/2013 bola v dôsledku organizačných zmien dňom 01.01.2014 zrušená dovtedajšia funkcia žalobcu a vytvorila sa nová funkcia s inou náplňou činnosti v zmysle § 35 ods. 3 uvedeného zákona. Žalobca nesúhlasil so žalovaným v tom, že personálnym rozkazom bola funkcia zástupcu riaditeľa OR PZ v Lučenci počnúc dňom 01.01.2014 zrušená a vytvorená nová funkcia s inou náplňou činnosti. Tvrdil, že v skutočnosti nedošlo k zrušeniu, či k odstráneniu doterajšej funkcie, pretože tabuľkové miesto zástupcu riaditeľa nikdy zrušené nebolo a ani nedošlo k jeho presunu. Nebol vytvorený nový organizačný celok či zložka, nedošlo k zmene vnútorného členenia a nezmenili sa ani početné stavy. Nevytvorila sa nová funkcia, názov funkcie je stále rovnaký - zástupca riaditeľa OR PZ v Lučenci Krajského riaditeľstva policajného zboru v Banskej Bystrici, rovnako zostáva zachovaná aj platová trieda pre danú funkciu. Vznikla absolútne totožná funkcia s takmer identickým popisom pracovnej činnosti. Pod iným popisom pracovnej činnosti nemožno podľa žalobcu rozumieť doplnenie pôvodného popisu pracovnej činnosti nepodstatnými činnosťami, ktoré beztak organicky vyplývajú z riadiacej a organizátorskej činnosti nadriadeného. Žalobca mal za to, že jeho formálne a účelové odvolanie z dovtedajšej funkcie zástupcu riaditeľa a následné ustanovenie do funkcie s o dva stupne nižšou platovou triedou, vyvolávajúc zdanie o zániku dovtedajšej funkcie, má zakryť a tým „zlegalizovať“ nezákonný postup a napadnuté rozhodnutie príslušného orgánu. Absencia odpovede na otázku, z akého dôvodu žalobca nemôže zastávať funkciu zástupcu riaditeľa od 01.01.2014 na v skutočnosti nezrušenom tabuľkovom mieste, zakladá podľa názoru žalobcu bez ďalšieho nepreskúmateľnosť napadnutého rozhodnutia. Žalobca tiež namietal, že jeho ustanovenie do funkcie s o dva stupne nižšou platovou triedou má priamy vplyv na jeho ekonomické postavenie, čo je v zmysle judikatúry Európskeho súdu pre ľudské práva (COERZ c. Francúzsko a Benkessiouer.c Francúzsko, Pellegrin c. Francúzsko) znamená, že ide o konanie, ktoré nemôže byť vyňaté spod článku 6 ods. 1 Dohovoru o ochrane ľudských práv a základných slobôd, hoci ide o spor medzi štátnou správou a zamestnancom, podieľajúcim sa na výkone verejnej moci. Žalobca tvrdil, že všetky zákonom stanovené predpoklady pre zastávanie funkcie zástupcu riaditeľa spĺňal aj do 31.12.2013 a rovnako ich spĺňa aj od 01.01.2014, o to viac, že je absolventom Akadémie Policajného zboru, teda štátnej vysokej školy, ktorej poslaním je pripravovať vysokoškolsky kvalifikovaných a profesionálne zdatných odborníkov pre útvary policajného zboru. V tejto súvislosti poukázal na to, že dňom 01.01.2014 bol do funkcie zástupcu riaditeľa ustanovený policajt s ukončením vysokoškolským vzdelaním učiteľského smeru v civilnej sfére. Nakoniec žalobca namietal, že žalovaný sa v odôvodnení napadnutého rozhodnutia dostatočne nevysporiadal, resp. vysporiadal výlučne iba formálnym spôsobom, s námietkami a tvrdeniami žalobcu uplatnenými v rozklade. Z odôvodnenia napadnutého rozhodnutia nie je podľa žalobcu, zrejmé akými úvahami sa žalovaný riadil pri uzatváraní záveru o skutkovom stave, prečo nepovažoval žalobcovu argumentáciu za dôvodnú, resp. prečo ju vôbec nevzal do úvahy. Žalovaný v písomnom vyjadrení k obsahu žaloby navrhol túto ako nedôvodnú zamietnuť. Poukázal na to, že personálny rozkaz č. 356/2013 bol vydaný na základe personálneho rozkazu ministra vnútra SR č. 331/2013, ktorým boli vykonané organizačné a systemizačné zmeny v tabuľke zloženia a počtov na sekciách a útvaroch Ministerstva vnútra SR a Policajného zboru. Zmeny sa vykonali za účelom zabezpečenia kvalitnejšieho a efektívnejšieho výkonu služby a boli okrem iných vykonané aj na Krajskom riaditeľstve PZ v Banskej Bystrici. V dôsledku tejto zmeny bola dňom 31.12.2013 na OR PZ v Lučenci zrušená dovtedajšie funkcia zástupcu riaditeľa OR PZ a vytvorila sa nová funkcia s inou náplňou činnosti. Žalovaný uviedol, že § 35 ods. 9 zákona č. 73/1998 Z.z. je procesným ustanovením k § 35 ods. 1 tohto zákona, pričom jednoznačne ustanovuje, že prevedenie na inú funkciu sa vykoná odvolaním policajta z doterajšej funkcie a jeho ustanovením do inej funkcie podľa § 33 uvedeného zákona. Prevedenie na inú funkciu teda pozostáva z odvolania doterajšej funkcie a následného ustanovenia policajta do inej funkcie. Ide o súvislý úkon, ktorý sa vykonáva dvoma rozhodnutiami. Žalovaný poukázal na to, že žalobca bol dňom 01.01.2014 ustanovený do funkcie vedúceho inšpektorátu ODI v Poltári. Vzhľadom na dôvod prevedenia na inú funkciu patrí žalobcovi doterajší služobný plat ešte po dobu 6 mesiacov, ak je to pre neho výhodnejšie, pričom po uplynutí uvedenej doby mu patrí služobný príjem zodpovedajúci vykonávanej funkcii. K ostatným námietkam žalobcu žalovaný uviedol, že idú nad rámec petitu žaloby, nesúvisia s napadnutým rozhodnutím a preto nie sú predmetom vyhodnocovania. Krajský súd v Bratislave ako súd vecne a miestne príslušný na konanie vo veci (§ 246 ods. 1 O.s.p.) na nariadenom pojednávaní preskúmal vydané rozhodnutia v rozsahu dôvodov uvedených v žalobe (§ 249 ods. 2 O.s.p.), ako aj konanie, ktoré im predchádzalo a dospel k záveru, že napadnuté rozhodnutie je potrebné zrušiť podľa § 250j ods. 2 písm. d/ O.s.p. pre nezrozumiteľnosť a nedostatok dôvodov. Z pripojených administratívnych spisov žalovaného súd zistil, že na základe návrhu riaditeľa Krajského riaditeľstva PZ v Banskej Bystrici zo dňa 16.12.2013 bol personálnym rozkazom ministra vnútra SR č. 356 zo dňa 18.12.2013 žalobca prevedený podľa § 35 ods. 1 písm. a/ zák. č. 73/1998 Z.z. dňom 01.01.2014 na OR PZ v Lučenci Krajského riaditeľstva PZ v Banskej Bystrici služobného úradu Ministerstva vnútra, s tým, že ustanovenie do funkcie dňom 01.01.2014 vykoná riaditeľ OR PZ v Lučenci a zároveň bol dňom 31.12.2013 odvolaný podľa § 35 ods. 9 zák. č. 73/1998 Z.z. z dovtedajšej funkcie zástupcu riaditeľa OR PZ v Lučenci. Personálny rozkaz bol odôvodnený tým, že personálnym rozkazom ministra vnútra SR č. XXX/XXXX bola v dôsledku organizačných zmien dňom 31.12.2013 zrušená dovtedajšia funkcia žalobcu a bola vytvorená nová funkcia s inou náplňou činnosti (§ 35 ods. 3 zák. č. 73/1998 Z.z.). Proti personálnemu rozkazu č. 356 podal žalobca v časti, ktorá sa ho týkala, rozklad, o ktorom rozhodol minister vnútra SR rozhodnutím č.p.: KM-OLVS-X/XXXX/OPK zo dňa 12.03.2014 tak, že rozklad zamietol a napadnutý personálny rozkaz potvrdil z dôvodov uvedených v písomnom vyjadrení k obsahu žaloby. Podľa § 35 ods. 1 písm. a/ zákona č. 73/1998 Z.z. policajt v služobnom pomere sa prevedie na inú funkciu v tom istom mieste výkonu štátnej služby, a ak to nie je možné, preloží sa na inú funkciu do iného miesta výkonu štátnej služby alebo do iného služobného úradu, ak nemôže naďalej vykonávať doterajšiu funkciu, pretože v dôsledku organizačných zmien sa zrušila jeho doterajšia funkcia. Podľa ods. 3 organizačnou zmenou na účely tohto zákona sa rozumie zmena, pri ktorej sa zrušila doterajšia funkcia policajta a nevytvorila sa nová funkcia alebo sa zrušila doterajšia funkcia policajta a vytvorila sa nová funkcia s inou náplňou činnosti alebo sa zrušila doterajšia funkcia policajta a vytvorila sa nová funkcia s rovnakou náplňou činnosti v inom mieste výkonu štátnej služby. Podľa ods. 9 prevedenie na inú funkciu alebo preloženie na inú funkciu sa vykoná odvolaním policajta z doterajšej funkcie a jeho ustanovením alebo vymenovaním do inej funkcie podľa § 33. S ohľadom na vymedzenie žalobných dôvodov pripadlo súdu posúdiť, či zákonné podmienky pre prevedenie žalobcu na inú funkciu v zmysle § 35 ods. 1 písm. a/ vo väzbe na ods. 3 zákona č. 73/1998 Z.z. boli splnené a či napadnuté rozhodnutie bolo odôvodnené dostatočne na to, aby mohlo byť podrobené súdnemu preskúmaniu. Žalobca namieta, že zrušenie funkcie zástupcu riaditeľa OR PZ Lučenec bolo len formálne, nakoľko predmetná funkcia v skutočnosti nezanikla, resp. náplň činnosti spojenej s novovytvorenou funkciou zostala prakticky totožná ako pri zrušenej funkcii. Tvrdí, že nepozná skutočný dôvod, pre ktorý nemôže zastávať funkciu zástupcu riaditeľa OR PZ Lučenec od 01.01.2014 na v skutočnosti nezrušenom tabuľkovom mieste. Namieta tiež, že v dôsledku napadnutého rozhodnutia bol ukrátený na svojich právach aj v súvislosti s poklesom príjmu, nakoľko po odvolaní z funkcie zástupcu riaditeľa bol ustanovený do funkcie s o dva stupne nižšou platovou triedou. Krajský súd sa stotožnil s argumentáciou žalobcu pokiaľ ide o namietanú nepreskúmateľnosť napadnutého rozhodnutia pre nezrozumiteľnosť a nedostatočné odôvodnenie organizačnej zmeny v intenciách citovaného ustanovenia § 35 ods. 3 zák. č. 73/1998 Z.z. Z uvedeného ustanovenia totiž vyplýva, že pod organizačnou zmenou, v dôsledku ktorej je možné policajta previesť na inú funkciu, sa rozumie aj zrušenie doterajšej funkcie za súčasného vytvorenia novej funkcie s inou náplňou činnosti. Práve táto skutočnosť mala byť základom prevedenia žalobcu na inú funkciu podľa § 35 ods. 1 písm. a/ zák. č. 73/1998 Z.z., keďže funkcia zástupcu riaditeľa OR PZ Lučenec bola síce zrušená, ale súčasne sa vytvorila nová funkcia s inou náplňou činnosti. Porovnanie náplne činnosti zrušenej funkcie zástupcu riaditeľa OR PZ Lučenec, ktorú žalobca zastával do 31.12.2013, s náplňou činnosti novovytvorenej funkcie zástupcu riaditeľa OR PZ Lučenec ku dňu 01.01.2014, je preto kľúčovým pre posúdenie zákonnosti prevedenia žalobcu na inú funkciu v tom istom mieste výkonu štátnej služby. V napadnutom rozhodnutí žalovaného, ani v prvostupňovom personálnom rozkaze, sa žiadne takéto porovnanie nenachádza a ani z obsahu administratívneho spisu nemožno vyvodiť, či a v čom sa zmenila náplň činnosti novovytvorenej funkcie zástupcu riaditeľa OR PZ Lučenec ku dňu 01.01.2014. Keďže táto zmena v náplni činnosti zrušenej a novovytvorenej funkcie v napadnutom rozhodnutí nie je zadefinovaná, nemôže súd preskúmať zákonnosť postupu žalovaného vo väzbe na žalobcovo prevedeniu na inú funkciu. Krajský súd samozrejme nespochybňuje oprávnenie ministra vnútra SR rozhodnúť o organizačných a systemizačných zmenách v útvaroch policajného zboru, ani jeho zvrchovanú kompetenciu vymenúvať a odvolávať policajtov do a z funkcií nadriadených, a to aj bez uvedenia dôvodu. Pokiaľ však organizačná zmena spočívajúca v zrušení doterajšej funkcie a vytvorení novej funkcie s inou náplňou činnosti mala za následok prevedenie policajta na inú funkciu podľa § 35 ods. 1 písm. a/ zákona č. 73/1998 Z.z., musí byť zmena v náplni činnosti v rozhodnutí o prevedení pre účely súdneho prieskumu pomenovaná, najmä ak prevedený policajt absenciu takejto zmeny namieta. V opačnom prípade nemožno zákonnosť rozhodnutia o prevedení na inú funkciu preskúmať. Z uvedených dôvodov dospel Krajský súd v Bratislave po preskúmaní veci k záveru, že napadnuté rozhodnutie je z vyššie uvedených dôvodov nepreskúmateľné pre nezrozumiteľnosť a nedostatok dôvodov. Preto súd postupoval podľa § 250j ods. 2 písm. d/ O.s.p. a napadnuté rozhodnutie zrušil a vrátil vec žalovanému na ďalšie konanie, v ktorom bude právnym názorom súdu viazaný. O trovách konania rozhodol súd podľa § 250k ods. 1 O.s.p. a vzhľadom na úspech v konaní priznal žalobcovi právo na náhradu trov, ktoré vynaložil v konaní na súdnom poplatku za žalobu v sume 70 € a na nákladoch právneho zastúpenia advokátom za dva úkony právnej služby (§ 11 ods. 4, § 14 ods. 1 písm. a/, c/ vyhlášky č. 655/2004 Z.z. o odmenách a náhradách advokátov za poskytovanie právnych služieb), po 134,00 € - príprava a prevzatie zastúpenia, písomné podanie žaloby na súd, 2x 8,04 € paušálna náhrada. Celková náhrada trov právneho zastúpenia žalobcu vrátane 20% DPH predstavuje sumu 340,90 €. Toto rozhodnutie senát Krajského súdu v Bratislave prijal pomerom hlasov 3 : 0 (§ 3 ods. 9 zákona č. 757/2004 Z.z. v znení zákona č. 33/2011 Z.z.). Poučenie: Proti tomuto rozsudku možno podať odvolanie do 15 dní odo dňa jeho doručenia, písomne, dvojmo prostredníctvom Krajského súdu v Bratislave. V odvolaní sa má popri všeobecných náležitostiach (§ 42 ods. 3 O.s.p.) uviesť, proti ktorému rozhodnutiu smeruje, v akom rozsahu sa napáda, v čom sa toto rozhodnutie alebo postup súdu považuje za nesprávny a čoho sa odvolateľ domáha. Ak povinný dobrovoľne nesplní, čo mu ukladá vykonateľné rozhodnutie, môže oprávnený podať návrh na výkon exekúcie podľa osobitného zákona.</w:t>
      </w:r>
    </w:p>
    <w:p/>
    <w:p>
      <w:r>
        <w:t>Zdroj: KAUZIS.SK – https://www.kauzis.sk/judikatura/r/ECLI:SK:KSBA:2015:1014200741.2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