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8Scud/12/2014 z 13. 4. 2015</w:t>
      </w:r>
    </w:p>
    <w:p>
      <w:r>
        <w:t>Uznesenie Krajského súdu Bratislava z 13. apríla 2015, sp. zn. 8Scud/12/2014, ECLI:SK:KSBA:2015:1014200796.2</w:t>
      </w:r>
    </w:p>
    <w:p>
      <w:r>
        <w:t>Súd: Krajský súd Bratislava</w:t>
      </w:r>
    </w:p>
    <w:p>
      <w:r>
        <w:t>Spisová značka: 8Scud/12/2014</w:t>
      </w:r>
    </w:p>
    <w:p>
      <w:r>
        <w:t>ECLI: ECLI:SK:KSBA:2015:1014200796.2</w:t>
      </w:r>
    </w:p>
    <w:p>
      <w:r>
        <w:t>Dátum vydania: 13.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8Scud/12/2014 Identifikačné číslo súdneho spisu: 1014200796 Dátum vydania rozhodnutia: 14. 04. 2015 Meno a priezvisko sudcu, VSÚ: JUDr. Peter Pospech ECLI: ECLI:SK:KSBA:2015:1014200796.2 Uznesenie Krajský súd v Bratislave pred samosudcom JUDr. Petrom Pospechom, v právnej veci navrhovateľa: O. R., D.. X.X.XXXX, N. XXX U. Y. T. X, H. L.-H., Z. A. L. N., O. F., proti odporcovi: Sociálna poisťovňa - ústredie, Ul. 29. augusta č. 8, 813 63 Bratislava, v spore o invalidný dôchodok, takto r o z h o d o l : Krajský súd konanie vo veci z a s t a v u j e . Žiaden z účastníkov nemá právo na náhradu trov konania. o d ô v o d n e n i e : Navrhovateľ svojím návrhom zo dňa 24.4.2014 žiadal preskúmať rozhodnutie odporcu č. XXX XXX XXXX X-L., ktorým bola navrhovateľovi zamietnutá žiadosť o zvýšenie invalidného dôchodku. Zároveň bol navrhovateľovi podľa § 70 ods. 1 zákona č. 461/2003 Z.z. o sociálnom poistení od 8.4.2013 priznaný invalidný dôchodok v sume 178,70,- eur. Podľa § 263a ods. 5 zákona č. 529/2006 Z.z., navrhovateľovi zanikol nárok na doteraz vyplácaný invalidný dôchodok. V dôsledku zmeny v posudkových záveroch bol opätovne posúdený nárok navrhovateľa na invalidný dôchodok. V rámci autoremedúry v súlade s ustanovením § 112 ods. 1 zákona č. 461/2003 Z.z. bolo zrušené napadnuté rozhodnutie č. XXX XXX XXXX X zo dňa 13.2.2014. Novým rozhodnutím č. XXX XXX XXXX X zo dňa 17.6.2014 bolo zrušené napadnuté rozhodnutie Sociálnej poisťovne č. XXX XXX XXXX X zo dňa 13.2.2014 o priznaní invalidného dôchodku a súčasne odporca vyhovel v celom rozsahu opravnému prostriedku. Podľa § 250o O.s.p., ak správny orgán, ktorého rozhodnutie súd preskúma a vydá nové rozhodnutie, ktorým návrhu celkom vyhovie, súd uznesením konanie zastaví. Pretože rozhodnutím č. XXX XXX XXXX X zo dňa 17.6.2014 bolo vyhovené návrhu, podľa ust. § 250o O.s.p. súd konanie zastavil. O trovách konania súd rozhodol podľa § 146 ods. 1 písm. c/ O.s.p. a § 250l ods. 2, 246c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https://www.kauzis.sk/judikatura/r/ECLI:SK:KSBA:2015:1014200796.2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