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5Sd/83/2014 z 25. 1. 2015</w:t>
      </w:r>
    </w:p>
    <w:p>
      <w:r>
        <w:t>Uznesenie Krajského súdu Bratislava z 25. januára 2015, sp. zn. 5Sd/83/2014, ECLI:SK:KSBA:2015:1014200820.1</w:t>
      </w:r>
    </w:p>
    <w:p>
      <w:r>
        <w:t>Súd: Krajský súd Bratislava</w:t>
      </w:r>
    </w:p>
    <w:p>
      <w:r>
        <w:t>Spisová značka: 5Sd/83/2014</w:t>
      </w:r>
    </w:p>
    <w:p>
      <w:r>
        <w:t>ECLI: ECLI:SK:KSBA:2015:1014200820.1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5Sd/83/2014 Identifikačné číslo súdneho spisu: 1014200820 Dátum vydania rozhodnutia: 26. 01. 2015 Meno a priezvisko sudcu, VSÚ: JUDr. Milota Tóthová ECLI: ECLI:SK:KSBA:2015:1014200820.1 Uznesenie Krajský súd v Bratislave v právnej veci navrhovateľa G. S., O. V. XX, Š., I..Č.. Ú., V. XX/VD, Ž., proti odporkyni Sociálnej poisťovni ústredie, Ul. 29. augusta č. 8-10, Bratislava, o preskúmanie rozhodnutia odporkyne, takto r o z h o d o l : Krajský súd v Bratislave p o s t u p u j e vec Krajskému súdu v Nitre. o d ô v o d n e n i e : Návrh na preskúmanie rozhodnutia vydaného odporkyňou číslo XXX XXX XXXX X zo dňa 2.5.2013 bol podaný dňa 21.5.2014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 trvalé bydlisko v Š.,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https://www.kauzis.sk/judikatura/r/ECLI:SK:KSBA:2015:1014200820.1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