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8Sd/79/2014 z 2. 11. 2015</w:t>
      </w:r>
    </w:p>
    <w:p>
      <w:r>
        <w:t>Uznesenie Krajského súdu Bratislava z 2. novembra 2015, sp. zn. 8Sd/79/2014, ECLI:SK:KSBA:2015:1014200898.2</w:t>
      </w:r>
    </w:p>
    <w:p>
      <w:r>
        <w:t>Súd: Krajský súd Bratislava</w:t>
      </w:r>
    </w:p>
    <w:p>
      <w:r>
        <w:t>Spisová značka: 8Sd/79/2014</w:t>
      </w:r>
    </w:p>
    <w:p>
      <w:r>
        <w:t>ECLI: ECLI:SK:KSBA:2015:1014200898.2</w:t>
      </w:r>
    </w:p>
    <w:p>
      <w:r>
        <w:t>Dátum vydania: 2.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8Sd/79/2014 Identifikačné číslo súdneho spisu: 1014200898 Dátum vydania rozhodnutia: 03. 11. 2015 Meno a priezvisko sudcu, VSÚ: JUDr. Peter Pospech ECLI: ECLI:SK:KSBA:2015:1014200898.2 Uznesenie Krajský súd v Bratislave v právnej veci navrhovateľa: C. I., rodné číslo XXX XXX XXXX, bytom D. XXXX/ XX, XXX XX G.,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14.03.2014 žiadal preskúmať rozhodnutie odporcu číslo XXX XXX XXXX X zo dňa 09.01.2014, ktorým odporca priznal navrhovateľovi od 09.09.2013 invalidný dôchodok v sume 194,40 Eur mesačne. Písomným prehlásením došlým súdu dňa 04.09.2015 navrhovateľ vzal späť návrh v celom rozsahu a žiadal konanie zastaviť. Odporca nemal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https://www.kauzis.sk/judikatura/r/ECLI:SK:KSBA:2015:1014200898.2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