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5S/115/2014 z 4. 3. 2015</w:t>
      </w:r>
    </w:p>
    <w:p>
      <w:r>
        <w:t>Uznesenie Krajského súdu Bratislava z 4. marca 2015, sp. zn. 5S/115/2014, ECLI:SK:KSBA:2015:1014200928.1</w:t>
      </w:r>
    </w:p>
    <w:p>
      <w:r>
        <w:t>Súd: Krajský súd Bratislava</w:t>
      </w:r>
    </w:p>
    <w:p>
      <w:r>
        <w:t>Spisová značka: 5S/115/2014</w:t>
      </w:r>
    </w:p>
    <w:p>
      <w:r>
        <w:t>ECLI: ECLI:SK:KSBA:2015:1014200928.1</w:t>
      </w:r>
    </w:p>
    <w:p>
      <w:r>
        <w:t>Dátum vydania: 4.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5S/115/2014 Identifikačné číslo súdneho spisu: 1014200928 Dátum vydania rozhodnutia: 05. 03. 2015 Meno a priezvisko sudcu, VSÚ: JUDr. Viera Šebestová ECLI: ECLI:SK:KSBA:2015:1014200928.1 Uznesenie Krajský súd v Bratislave v právnej veci navrhovateľa: W4,s.r.o., Kopčianska 63, 851 01 Bratislava, IČO: 44 015 232, zastúpený: Advokátska kancelária OLEXOVÁ VASILISIN s.r.o., Dunajská 18, 811 08 Bratislava, proti odporcovi: Daňový úrad Bratislava, Ševčenkova 32, 850 00 Bratislava, o návrhu - konanie o ochrane pred nezákonným zásahom orgánu verejnej správy, takto r o z h o d o l : Súd konanie z a s t a v u j e . Navrhovateľovi súd náhradu trov konania nepriznáva. o d ô v o d n e n i e : Navrhovateľ sa návrhom podľa ust. § 250v O.s.p. doručeným tunajšiemu súdu dňa 10.06.2014 domáhal, aby súd zakázal odporcovi odmietnuť alebo inak považovať za nepodané podanie navrhovateľa vykonané v daňovom konaní elektronicky e-mailom a doplnené v listinnej forme poštou podľa § 13 ods. 6 Daňového poriadku a aby súd prikázal žalovanému prijať podanie žalobcu v daňovom konaní zo dňa 07.05.2014 označené ako „Odvolanie voči rozhodnutiu (dodatočnému platobnému výmeru) zo dňa 15.04.2014“ ako účinné. Alternatívne: Súd zakazuje odporcovi odmietať alebo inak považovať za nepodané podania žalobcu vykonané v daňovom konaní elektronicky e-mailom a doplnené v listinnej forme poštou podľa § 13 ods. 6 Daňového poriadku bez toho, aby odporca najskôr vyzval žalobcu podľa § 13 ods. 8 Daňového poriadku na vykonanie podania aj prostredníctvom elektronickej podateľne finančnej správy a navrhovateľ túto povinnosť v zákonnej lehote nesplní. Súd prikazuje odporcovi vyzvať navrhovateľa podľa § 13 ods. 8 Daňového poriadku na odstránenie nedostatkov podania navrhovateľa v daňovom konaní zo dňa 07.05.2014 označené akp „Odvolanie voči rozhodnutiu (dodatočnému platobnému výmeru) zo dňa 15.04.2014“ vykonaním tohto podania cez elektronickú podateľňu finančnej správy a pri splnení tejto povinnosti v lehote podľa § 13 ods. 8 Daňového poriadku prijať podanie ako účinné. Navrhovateľ podaním doručeným súdu dňa 03.03.2015 zobral návrh v celom rozsahu späť, pretože dňa 27.08.2014 rozhodol uznesením Krajský súd v Bratislave o návrhu proti nečinnosti orgánu verejnej správy (sp.zn. 2S 122/14). V tomto konaní došlo k právoplatnému vyriešeniu otázky, ktorá je základom posúdenia veci v tomto konaní. Tým pádom považuje navrhovateľ návrh podaný podľa § 250v O.s.p. za bezpredmetný Podľa § 250v ods. 6 O.s.p., súd konanie zastaví, ak odpadli dôvody na ďalšie konanie, a zároveň rozhodne o trovách konania. Vzhľadom na skutočnosť, že žalobca vzal svoj návrh v celom rozsahu späť, súd konanie v zmysle vyššie uvedeného zákonného ustanovenia zastavil a zároveň nepriznal navrhovateľovi náhradu trov konania, nakoľko si ich neuplatnil. Poučenie: Proti tomuto uzneseniu nie je prípustný opravný prostriedok (§ 250v ods. 7 O.s.p.)</w:t>
      </w:r>
    </w:p>
    <w:p/>
    <w:p>
      <w:r>
        <w:t>Zdroj: KAUZIS.SK – https://www.kauzis.sk/judikatura/r/ECLI:SK:KSBA:2015:1014200928.1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