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Bratislava sp. zn. 8Sd/83/2014 z 22. 6. 2015</w:t>
      </w:r>
    </w:p>
    <w:p>
      <w:r>
        <w:t>Rozsudok Krajského súdu Bratislava z 22. júna 2015, sp. zn. 8Sd/83/2014, ECLI:SK:KSBA:2015:1014200980.1</w:t>
      </w:r>
    </w:p>
    <w:p>
      <w:r>
        <w:t>Súd: Krajský súd Bratislava</w:t>
      </w:r>
    </w:p>
    <w:p>
      <w:r>
        <w:t>Spisová značka: 8Sd/83/2014</w:t>
      </w:r>
    </w:p>
    <w:p>
      <w:r>
        <w:t>ECLI: ECLI:SK:KSBA:2015:1014200980.1</w:t>
      </w:r>
    </w:p>
    <w:p>
      <w:r>
        <w:t>Dátum vydania: 22. 6. 2015</w:t>
      </w:r>
    </w:p>
    <w:p>
      <w:r>
        <w:t>Forma: Rozsudok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Bratislava Spisová značka: 8Sd/83/2014 Identifikačné číslo súdneho spisu: 1014200980 Dátum vydania rozhodnutia: 23. 06. 2015 Meno a priezvisko sudcu, VSÚ: JUDr. Peter Pospech ECLI: ECLI:SK:KSBA:2015:1014200980.1 ROZSUDOK V MENE SLOVENSKEJ REPUBLIKY Krajský súd v Bratislave pred samosudcom JUDr. Petrom Pospechom, v právnej veci navrhovateľa: V.. O. E., I.. XX.X.XXXX, Z. N. I.. Č.. XX, XXX XX Z., proti odporcovi: Sociálna poisťovňa - ústredie, so sídlom Ul. 29. augusta 8, 813 63 Bratislava, v spore o starobný dôchodok, takto r o z h o d o l : Súd napadnuté rozhodnutie odporcu č. XXX XXX XXXX X zo dňa 26.5.2014 p o t v r d z u j e podľa § 250q ods. 2 O.s.p. Navrhovateľovi súd náhradu trov konania nepriznáva. o d ô v o d n e n i e : Napadnutým rozhodnutím č. XXX XXX XXXX X zo dňa 26.5.2014 bola navrhovateľovi podľa § 65 a § 274 ods. 1 zákona č. 461/2003 Z.z. o sociálnom poistení v znení neskorších predpisov a podľa § 21, § 14 a § 174 zákona č. 100/1988 Zb. o sociálnom zabezpečení v znení neskorších predpisov zamietnutá žiadosť zo dňa 3.3.2014 o starobný dôchodok k 21.6.2010. Navrhovateľ napadnuté rozhodnutie prevzal dňa 30.5.2014, čo potvrdil vlastnoručným podpisom. Včas podaným opravným prostriedkom žiadal napadnuté rozhodnutie preskúmať z dôvodu, že podaním žiadosti o priznanie starobného dôchodku od 28.6.2010 (58 rokov) mienil dosiahnuť stav za ktorého by mu bol priznaný starobný dôchodok podľa § 174 ods. 1 písm. c/ zákona č. 100/1988 Zb. o sociálnom zabezpečení v znení neskorších predpisov, ktorého podmienky splnil ukončením služobného pomeru 31.3.1991 po odpracovaní 16 rokov a 247 dní zaradením v I. kategórii funkcii. Rozhodnutie odporcu považuje za nespravodlivé a vecne nesprávne, nekorešpondujúce so zámerom zákonodarcu a ktoré je voči jeho osobe diskriminačné. K opravnému prostriedku a k predmetu sporu sa odporca písomne vyjadril svojim písomným podaním zo dňa 4.7.2014 v ktorom uviedol, že v I. kategórii funkcii navrhovateľ získal 16 rokov a 247 dní a vzhľadom k tomu, že v zamestnaní zaradenom do I. kategórie funkcii, ktoré je postavené na úroveň zamestnania I. pracovnej kategórie uvedenom v § 14 ods. 2 písm. b/ až h/ zákona č. 100/1988 Zb. navrhovateľ nezískal 20 rokov, nespĺňa podmienky uvedené uvedené v § 21 ods. 1 zákona č. 100/1988 Zb. t.j. nárok na starobný dôchodok navrhovateľovi dovŕšením 58 rokov veku k 21.6.2010 nevznikol. Vzhľadom na tieto ako aj iné dôvody, ktoré odporca uviedol vo svojom písomnom vyjadrení k opravnému prostriedku žiadal napadnuté rozhodnutie potvrdiť s tým, že nárok na starobný dôchodok navrhovateľovi vznikne podľa súčasných predpisov podľa § 65 ods. 2 zákona č. 461/2003 Z.z. dovŕšením 62 rokov veku dňa 21.6.2014. Krajský súd v Bratislave ako súd vecne a miestne príslušný na konanie podľa tretej hlavy piatej časti O.s.p. preskúmal napadnuté rozhodnutie v rozsahu dôvodov, ktoré uviedol vo svojom opravnom prostriedku navrhovateľ a po preskúmaní napadnutého rozhodnutia podľa § 244 O.s.p. dospel k záveru, že opravný prostriedok navrhovateľa nie je dôvodný. Z obsahu spisového materiálu súd zistil tento skutkový a právny stav. Navrhovateľ žiadosťou spísanou dňa 3.3.2014 požiadal o priznanie starobného dôchodku od 21.10.2010. Podľa § 65 ods. 1 zákona č. 461/2003 Z.z. v znení zákona č. 555/2007 Z.z. poistenec má nárok na starobný dôchodok, ak bol dôchodkovo poistený najmenej 15 rokov a dovŕšil dôchodkový vek ktorý podľa § 65 ods. 2 zákona č. 461/2003 Z.z. je 62 rokov, ak tento zákon neustanovuje inak. Inak zákon určuje dôchodkový vek postupom podľa § 274 ods. 1 zákona č. 461/2003 Z.z. podľa ktorého nároky vyplývajúce zo zaradenia zamestnaní do I. a II. pracovnej kategórie sa priznávajú do 31.12.2023. Navrhovateľ získal v I. kategórii funkcii 16 rokov a 247 dní. Vzhľadom na to, že v zamestnaní, ktoré je zaradené do I. kategórie funkcii ktorá je postavená na úroveň zamestnania v I. pracovnej kategórii uvedená v § 14 ods. 2 písm. b/ až h/ zákona č. 100/1988 Zb. navrhovateľ nezískal 20 rokov, preto nespĺňa podmienky ktoré sú uvedené v § 21 ods. 1 zákona č. 100/1988 Zb. t.j. nárok na starobný dôchodok navrhovateľovi dovŕšením 58 rokov veku ku dňu 21.6.2010 nevznikol. Nárok na starobný dôchodok navrhovateľovi podľa súčasných predpisov vznikne podľa § 65 ods. 2 zákona č. 461/2003 Z.z. dovŕšením 62 rokov veku dňa 21.6.2014. Zástupkyňa odporcu s odvolaním sa na dôvody uvedené v napadnutom rozhodnutí a v písomnom vyjadrení k opravnému prostriedku navrhovateľa k predmetu sporu žiadala napadnuté rozhodnutie ako vecne správne potvrdiť. Navrhovateľ žiadal s odvolaním sa na dôvody ktoré uviedol vo svojom opravnom prostriedku napadnuté rozhodnutie č. XXX XXX XXXX X zo dňa 27.5.2014 ako nepreskúmateľné zrušiť a vrátiť odporcovi na nové konanie. Po preskúmaní napadnutého rozhodnutia v rozsahu dôvodov, ktoré uviedol navrhovateľ vo svojom opravnom prostriedku súd dospel k záveru, že rozhodnutie odporcu je správne a bolo vydané v súlade so zákonom z dôvodu, že nárok na starobný dôchodok navrhovateľovi nevznikne ku dňu 21.6.2010, nakoľko nezískal 20 rokov, čím nespĺňa podmienky uvedené v § 21 ods. 1 zákona č. 100/1988 Zb. a nárok podľa súčasných predpisov, § 65 ods. 2 zákona č. 461/2003 Z.z. vznikne dovŕšením 62 rokov veku dňa 21.6.2014. Vzhľadom k tomu, súd napadnuté rozhodnutie č. XXX XXX XXXX X zo dňa 27.5.2014 ako vecne správne potvrdil podľa § 250q ods. 2 O.s.p. Navrhovateľ si trovy konania neuplatnil a preto súd rozhodol, že navrhovateľovi trovy konania nepriznáva. Poučenie: Proti tomuto rozhodnutiu je možné podať odvolanie v lehote 15 dní od doručenia na Krajský súd v Bratislave, písomne, dvojmo. V odvolaní sa má okrem všeobecných náležitostí (§ 42 ods. 3 O.s.p.), proti ktorému rozhodnutiu odvolanie smeruje, v akom rozsahu sa napáda a v čom vidí odvolávatel nesprávnosť postupu a rozhodnutia súdu.</w:t>
      </w:r>
    </w:p>
    <w:p/>
    <w:p>
      <w:r>
        <w:t>Zdroj: KAUZIS.SK – https://www.kauzis.sk/judikatura/r/ECLI:SK:KSBA:2015:1014200980.1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