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1S/123/2014 z 27. 5. 2015</w:t>
      </w:r>
    </w:p>
    <w:p>
      <w:r>
        <w:t>Rozsudok Krajského súdu Bratislava z 27. mája 2015, sp. zn. 1S/123/2014, ECLI:SK:KSBA:2015:1014200997.1</w:t>
      </w:r>
    </w:p>
    <w:p>
      <w:r>
        <w:t>Súd: Krajský súd Bratislava</w:t>
      </w:r>
    </w:p>
    <w:p>
      <w:r>
        <w:t>Spisová značka: 1S/123/2014</w:t>
      </w:r>
    </w:p>
    <w:p>
      <w:r>
        <w:t>ECLI: ECLI:SK:KSBA:2015:1014200997.1</w:t>
      </w:r>
    </w:p>
    <w:p>
      <w:r>
        <w:t>Dátum vydania: 27. 5. 2015</w:t>
      </w:r>
    </w:p>
    <w:p>
      <w:r>
        <w:t>Forma: Rozsudok</w:t>
      </w:r>
    </w:p>
    <w:p>
      <w:r>
        <w:t>Oblasť práva: Správne právo</w:t>
      </w:r>
    </w:p>
    <w:p>
      <w:pPr>
        <w:pStyle w:val="Heading2"/>
      </w:pPr>
      <w:r>
        <w:t>Text rozhodnutia</w:t>
      </w:r>
    </w:p>
    <w:p>
      <w:r>
        <w:t>Súd: Krajský súd Bratislava Spisová značka: 1S/123/2014 Identifikačné číslo súdneho spisu: 1014200997 Dátum vydania rozhodnutia: 28. 05. 2015 Meno a priezvisko sudcu, VSÚ: JUDr. Monika Valašíková PhD. ECLI: ECLI:SK:KSBA:2015:1014200997.1 ROZSUDOK V MENE SLOVENSKEJ REPUBLIKY Krajský súd v Bratislave v senáte zloženom z predsedníčky senátu JUDr. Moniky Valašikovej PhD., a členov senátu JUDr. Renáty Janákovej a JUDr. Mariána Trenčana v právnej veci žalobcu: J. B., bytom X. XXX/XX, D. E., právne zastúpený: Advokátska kancelária, Mgr. Tomáš Adamec, Levočská ulica 3, Spišská Nová Ves, proti žalovanej: Sociálna poisťovňa, ústredie, Ulica 29. augusta č. 8-10, Bratislava o preskúmanie zákonnosti rozhodnutia žalovanej č. 26184-2/2014-BA zo dňa 10.04.2014 takto: r o z h o d o l : Krajský súd v Bratislave žalobu zamieta. Žalobcovi súd náhradu trov konania nepriznáva. o d ô v o d n e n i e : I. Žalobca sa žalobou doručenou tunajšiemu súdu dňa 19.06.2014 domáhal preskúmania a následne aj zrušenia rozhodnutia žalovanej č. 26184-2/2014-BA zo dňa 10.04.2014, ktorým bolo potvrdené rozhodnutie Sociálnej poisťovne, pobočka Košice č. 1380-9/2014-KEM zo dňa 08.01.2014. Prvostupňovým rozhodnutím Sociálna poisťovňa, pobočka Košice rozhodla, že žalobca podľa § 100 v spojení s § 8 zákona č. 461/2003 Z.z. o sociálnom poistení nemá nárok na náhradu nákladov spojených s liečením v dôsledku úrazu zo dňa 14.06.2007. Uviedol, že nesúhlasí s názorom Sociálnej poisťovne, pretože v tejto veci nie je splnená nevyhnutná podmienka pre kvalifikovanie úrazu pri športovej činnosti ako úrazu pracovného. Trvá na tom, že v jeho prípade ide o pracovný úraz, a že Sociálna poisťovňa mala podľa podmienok zákona o sociálnom poistení v celom rozsahu plniť. Má za to, že vydaním napadnutého rozhodnutia žalovanej boli porušené práva a oprávnené záujmy žalobcu, pretože týmto rozhodnutím mu nespravodlivo bola odňatá možnosť zákonným spôsobom sa domôcť svojho oprávneného nároku. Žalovaná nepostupovala v súlade s príslušnými ustanoveniami všeobecne záväzných právnych predpisov, ktorými má byť ako štátny orgán v celom rozsahu viazaná. II. Žalovaná vo vyjadrení zo dňa 03.07.2014 žiadala žalobu ako nedôvodnú zamietnuť. Uviedla, že v prípade žalobcu ako poškodeného nie je zo zákona zodpovedný za poškodenie zdravia v dôsledku úrazu zodpovedný zamestnávateľ, ktorý preukázal na základe vyšetrenia okolností a príčin vzniku úrazu, že jedinou príčinou vzniknutej škody na zdraví v dôsledku úrazu bola účasť na športovej akcii - hranie futbalu, kde žalobca utrpel úraz. V priamej súvislosti s plnením pracovných úloh sú úkony potrebné na výkon práce a úkony obvyklé v priebehu práce, alebo potrebné pred začiatkom práce alebo po jej skončení. Ak sa stane úraz zamestnanca v dobe, kedy neplní pracovnú úlohu ani nevykonáva činnosť, ktorá je v priamej súvislosti s plnením pracovných úloh, nemôže ísť o pracovný úraz. Uviedla, že ak zodpovedný zamestnávateľ vydal príkaz žalobcovi ako zamestnancovi zúčastniť sa uvedených športových hier, konal nad rámec svojich právomocí a bolo to v rozpore s ust. § 47 a § 81 zákonníka práce. Uvedená športová aktivita sa teda konala nie na príkaz zamestnávateľa, ale na báze dobrovoľnosti, a to i napriek tomu, že žalobca utrpel úraz pri hraní futbalu, organizovanom jeho zodpovedným zamestnávateľom, ktorý sa konal v pracovnej dobe a žalobcovi bola vyplatená mzda, resp. náhrada mzdy. Popísaný záver žalobcu potvrdilo aj vyhlásenie samotného zodpovedného zamestnávateľa žalobcu v liste č. UR-2013/2743-2 zo dňa 06.12.2013, podľa ktorého „Účasť zamestnancov nebola v čase zostavovania zoznamu účastníkov športových hier povinná“. V liste zamestnávateľ zdôraznil, že záväzný zoznam účastníkov športových hier bol predmetom poistnej zmluvy č. XXXXXXXXXX, uzatvorenej so spoločnosťou Allianz - Slovenská poisťovňa, a.s., v rámci ktorej mal žalobca možnosť uplatniť si svoje nároky žiadané v tomto konaní. Pre záver, či určitú činnosť zamestnanca treba považovať za plnenie pracovných povinností je rozhodujúce, či z hľadiska vecného, miestneho a časového ide objektívne o činnosť konanú pre zamestnávateľa, čo preukázané nebolo. Poukázal, že medzi žalobcom ako zamestnancom a zamestnávateľom žalobcu existuje toho času spor o základe nároku žalobcu na plnenie zo zodpovednosti za vznik škody následkom úrazu, o ktorom je oprávnený rozhodovať súd (spor vyplývajúci z pracovno-právneho vzťahu), na základe podanej určovacej žaloby. III. Krajský súd v Bratislave, ako súd vecne a miestne príslušný na konanie vo veci (§ 246 ods. 1 O.s.p.) preskúmal napadnuté rozhodnutie v rozsahu dôvodov uvedených v žalobe a v zmysle § 250g ods. 1 O.s.p. dospel k záveru, že napadnuté rozhodnutie a postup správny orgánov boli v súlade so zákonom. Podľa ustanovenia § 244 ods. 1 O.s.p., v správnom súdnictve preskúmavajú súdy na základe žalôb alebo opravných prostriedkov zákonnosť rozhodnutí a postupov orgánov verejnej správy. Pri preskúmavaní zákonnosti rozhodnutia súd skúma, či žalobou napadnuté rozhodnutie je v súlade s právnym poriadkom SR, teda najmä s hmotnými a procesnými administratívnymi predpismi. V intenciách citovaného ustanovenia § 244 ods. 1 O.s.p. súd preskúmava aj zákonnosť postupu správneho orgánu, ktorým sa rozumie aktívna činnosť správneho orgánu podľa procesných a hmotno-právnych noriem, ktorou realizuje právomoc stanovenú zákonmi. V zákonom predpísanom postupe je správny orgán oprávnený a súčasne aj povinný vykonať úkony v priebehu konania a ukončiť ho vydaním rozhodnutia. Úlohou súdu v prejednávanej veci bolo preskúmať zákonnosť rozhodnutia žalovanej č.: 26184-2/2014- BA zo dňa 10.04.2014, ktorým bolo potvrdené rozhodnutie Sociálnej poisťovne, pobočka Košice č. 1380-9/2014-KEM zo dňa 08.01.2014. Prvostupňovým rozhodnutím Sociálna poisťovňa, pobočka Košice rozhodla, že žalobca podľa § 100 v spojení s § 8 zákona č. 461/2003 Z.z. o sociálnom poistení nemá nárok na náhradu nákladov spojených s liečením v dôsledku úrazu zo dňa 14.06.2007. Z obsahu súdneho a administratívneho spisu súd zistil, že v zmysle Záznamu o registrovanom pracovnom úraze zo dňa 17. decembra 2008, Oznámenia poistnej udalosti zo dňa 22. decembra 2008, žalobca - poškodený si uplatnil nárok na náhradu nákladov spojených s liečením v dôsledku úrazu, ktorý sa stal dňa 14. júna 2007 o 11:00 hod., kedy poškodený, ako zamestnanec Správy ciest Košického samosprávneho kraja, Správy a údržby ciest Spišská Nová Ves, cechmajsterstvo Spišská Nová Ves, v pracovnom zaradení vodič (ďalej len zamestnávateľ), počas branno-športových hier v areáli motorestu J. organizovaných zamestnávateľom, utrpel úraz pri hraní futbalu. Úraz sa poškodenému stal tak, že dňa 14. júna 2007 v dopoludňajších hodinách sa zúčastnil futbalového zápasu, pričom v čase okolo 11:00 hod. došlo pri hre k stretu s protihráčom pánom C. E., pri ktorom došlo k zraneniu kotníka pravej nohy poškodeného. Po incidente bol poškodený ošetrený a ďalších športových podujatí sa nezúčastňoval. Dňa 18. júna 2007 poškodený riadne nastúpil do zamestnania a vykonával pracovnú činnosť až do 9. júla 2007, kedy sa stal práceneschopným z dôvodu ekzému na postihnutej nohe a následne odo dňa 13. augusta 2007 pokračoval v práceneschopnosti z dôvodu úrazu zo dňa 14. júna 2007. Zamestnávateľ uviedol rozsah miery zodpovednosti poškodeného na vzniku úrazu 0 %. Vo vyjadrení v liste zo dňa 6.12.2013 zamestnávateľ uviedol, že účasť zamestnancov nebola v čase zostavovania zoznamu účastníkov športových hier povinná, avšak po ich súhlase s účasťou a následnom zaradení na súpisku bola účasť záväzná. Zoznam účastníkov na súpiske bol zároveň podkladom na poistenie osôb v zozname uvedených, medzi ktorými bol aj poškodený. Poistná zmluva - cestovné poistenie a asistenčné služby bola uzatvorená s poisťovňou Allianz - Slovenská poisťovňa, a.s., regionálne riaditeľstvo Košice, pokiaľ ide o úrazové poistenie, bolo v prípade poistnej udalosti na jedného poisteného dohodnuté poistné plnenie v tam uvedenej sume. Účastníci uvedenej športovej akcie pred jej zahájením, dňa 14. júna 2007 boli oboznámení s pravidlami jednotlivých športových disciplín, boli poučení o povinnosti dodržiavania bezpečnosti pri jednotlivých aktivitách. Pred účasťou na branno-športovej akcie nebol zdravotný stav poškodeného posúdený pri osobitnej lekárskej prehliadke z hľadiska spôsobilosti na danú športovú činnosť. Poškodený sa pravidelne zúčastňoval lekárskych prehliadok vo vzťahu k práci vodiča, ktorú vykonával u zamestnávateľa. Z výsledkov týchto prehliadok nevyplynuli žiadne okolnosti, ktoré by preukazovali nespôsobilosť resp. obmedzenie spôsobilosti poškodeného na predmetnú športovú činnosť. Na základe takto zisteného skutkového stavu veci, pobočka Sociálnej poisťovne, Košice, rozhodnutím č. 1380-9/2014-KEM zo dňa 08.01.2014 rozhodla, že žalobca podľa § 100 v spojení s § 8 zákona č. 461/2003 Z.z. o sociálnom poistení nemá nárok na náhradu nákladov spojených s liečením v dôsledku úrazu zo dňa 14.06.2007 s odôvodnením, že úraz, ktorý sa stal poškodenému nie je pracovným úrazom. Na základe odvolania žalobcu Sociálna poisťovňa, ústredie, ako odvolací orgán, potvrdila prvostupňové rozhodnutie Sociálnej poisťovne, pobočka Košice č. 1380-9/2014-KEM zo dňa 08.01.2014 s odôvodnením, že rozhodnutie pobočky ako i postup, ktorý jeho vydaniu predchádzal sú v súlade so zákonom. IV. Podľa § 11 ods. 1 zákona c. 311/2001 Z. z. Zákonník práce v znení neskorších predpisov (ďalej len „Zákonník práce“), zamestnancom je fyzická osoba, ktorá v pracovnoprávnych vzťahoch, a ak to ustanovuje osobitný predpis, aj v obdobných pracovných vzťahoch vykonáva pre zamestnávateľa závislú prácu. Podľa § 1 ods. 2 Zákonníka práce, závislá práca je práca vykonávaná vo vzťahu nadriadenosti zamestnávateľa a podriadenosti zamestnanca, osobne zamestnancom pre zamestnávateľa, podľa pokynov zamestnávateľa, v jeho mene, v pracovnom čase určenom zamestnávateľom za mzdu alebo odmenu. Podľa § 47 ods. 1 písm. a) Zákonníka práce, odo dňa, keď vznikol pracovný pomer, zamestnávateľ je povinný prideľovať zamestnancovi prácu podľa pracovnej zmluvy, platiť mu za vykonanú prácu mzdu, utvárať podmienky na plnenie pracovných úloh a dodržiavať ostatné pracovné podmienky ustanovené právnymi predpismi, kolektívnou zmluvou a pracovnou zmluvou. Podľa § 47 ods. 1 písm. b) Zákonníka práce, odo dňa, keď vznikol pracovný pomer, zamestnanec je povinný podľa pokynov zamestnávateľa vykonávať práce osobne podľa pracovnej zmluvy v určenom pracovnom čase a dodržiavať pracovnú disciplínu. Podľa § 6 ods. 1 písm. a) zákona č. 124/2006 Z. z. o bezpečnosti a ochrane zdravia pri práci a o zmene a doplnení niektorých zákonov v znení neskorších predpisov, zamestnávateľ v záujme zaistenia bezpečnosti a ochrany zdravia pri práci je povinný vykonávať opatrenia so zreteľom na všetky okolnosti týkajúce sa práce a v súlade s právnymi predpismi a ostatnými predpismi na zaistenie bezpečnosti a ochrany zdravia pri práci. Podľa § 8 ods. 1 písm. a) zákona o sociálnom poistení, pracovný úraz podľa tohto zákona je poškodenie zdravia alebo smrť fyzickej osoby spôsobené nezávisle od jej vôle krátkodobým, náhlym a násilným pôsobením vonkajších vplyvov, ktoré zamestnanec zamestnávateľa podľa § 16 utrpel pri plnení pracovných úloh alebo služobných úloh, pre plnenie pracovných úloh alebo služobných úloh a pri odvracaní škody hroziacej zamestnávateľovi. Podľa § 8 ods. 4 písm. c) zákona o sociálnom poistení, plnenie pracovných úloh alebo služobných úloh je činnosť, ktorá je predmetom pracovnej cesty alebo služobnej cesty. Podľa § 8 ods. 5 písm. a) zákona o sociálnom poistení, v priamej súvislosti s plnením pracovných úloh alebo služobných úloh zamestnanca je úkon potrebný na výkon práce a úkon počas práce zvyčajný alebo potrebný pred začiatkom práce alebo po jej skončení; tieto úkony nie sú cesta do zamestnania a späť, okrem cesty súvisiacej s vykonávaním služobnej pohotovosti podľa osobitného predpisu, stravovanie, ošetrenie alebo vyšetrenie v zdravotníckom zariadení ani cesta na ne a späť, s výnimkou uvedenou v písmene b). Podľa § 100 ods. 1 zákona o sociálnom poistení, poškodený má nárok na náhradu nákladov spojených s liečením, ktoré účelne vynaložil na svoje liečenie v dôsledku pracovného úrazu alebo choroby z povolania na základe odporúčania odborného lekára a ktoré sa neuhrádzajú z povinného zdravotného poistenia na základe vyjadrenia revízneho lekára. Z obsahu súdneho a administratívneho spisu mal súd nesporne za preukázané, že žalobca dňa 14.6.2007 o 11:00 hod. utrpel úraz pri hraní futbalu, keď sa zúčastnil futbalového zápasu organizovaného zamestnávateľom - Správou ciest Košického samosprávneho kraja. Pre posúdenie, či úraz, ktorý utrpel žalobca je pracovným úrazom je rozhodná skutočnosť, či poškodenie zdravia žalobcu nastalo pri plnení pracovných úloh. V zmysle ust. § 8 ods. 4 písm. c) zákona o sociálnom poistení, za plnenie pracovných úloh alebo služobných úloh sa považuje činnosť, ktorá je predmetom pracovnej cesty alebo služobnej cesty. Zákon o sociálnom poistení, však vymedzuje čo sa rozumie pod plnením pracovných úloh. V zmysle ust. § 8 ods. 5 písm. a) citovaného zákona, úkonom potrebným na výkon práce a zvyčajným úkonom počas práce alebo potrebným pred začiatkom práce alebo po jej skončení je úkon, ktorý je v priamej súvislosti s plnením pracovných úloh alebo služobných úloh zamestnanca. Takýmto úkonom nie je cesta do zamestnania a späť, okrem cesty súvisiacej s vykonávaním služobnej pohotovosti podľa osobitného predpisu, stravovanie, ošetrenie alebo vyšetrenie v zdravotníckom zariadení ani cesta na ne a späť. V preskúmavanej veci sa Krajský súd v Bratislave v plnom rozsahu stotožnil s právnym posúdením veci žalovaným správnym orgánom. V priamej súvislosti s plnením pracovných úloh sú úkony potrebné na výkon práce a úkony obvyklé v priebehu práce, alebo potrebné pred začiatkom práce alebo po jej skončení. Ak sa stane úraz zamestnanca v dobe, kedy neplní pracovnú úlohu nevykonáva činnosť, ktorá je v priamej súvislosti s plnením pracovných úloh, nemôže ísť o pracovný úraz. Uvedená športová aktivita sa konala nie na príkaz zamestnávateľa, ale na báze dobrovoľnosti, žalobcovi bola daná možnosť prihlásiť sa na uvedené športové podujatie. Do tohto momentu bola jeho účasť nepovinná a svojim aktívnym prístupom sa športového podujatia zúčastnil. Účasť na športových hrách - hranie futbalu nespadá pod výkon pracovných povinností žalobcu, nešlo ani o činnosť vykonávanú na príkaz zamestnávateľa, a nebol teda ani splnený žiadny predpoklad na vyvodenie záveru o priamej súvislosti s plnením pracovných úloh v zmysle citovaných právnych predpisov. Úraz, ktorý sa stal žalobcovi, preto žalovaný správny orgán správne nepovažoval za pracovný. Žalobca utrpel úraz pri športovej aktivite, ktorá priamo nesúvisela s výkonom jeho práce. I keď bol žalobca ako zamestnanec vyslaný na pracovnú cestu po prihlásení sa na predmetné športové podujatie, pri hraní futbalu utrpel úraz, organizovaným jeho zamestnávateľom, ktorý sa konal v pracovnej dobe a žalobcovi bola vyplatená mzda, resp. náhrada mzdy, činnosť- hranie futbalu, nie je plnením pracovných alebo služobných úloh v zmysle ust. § 8 ods. 1 písm. a) alebo písm. b) zákona o sociálnom poistení. Záväzný zoznam účastníkov športových hier bol predmetom poistnej zmluvy č. XXXXXXXXXX, uzatvorenej so spoločnosťou Allianz - Slovenská sporiteľňa, a. s., v rámci ktorej si žalobca môže uplatniť svoje nároky. Krajský súd v Bratislave vzhľadom na uvedené dospel k právnemu záveru totožnému so záverom správnych orgánov a konštatoval, že námietky žalobcu uvedené v žalobe neodôvodňujú zrušenie napadnutého rozhodnutia. Súd v konaní nezistil takú vadu, ktorá by mohla mať za následok zrušenie napadnutého rozhodnutia. Podľa názoru súdu správny orgán vec správne právne posúdil, rozsiahlym dokazovaním dostatočne a riadne zistil skutkový stav a v napadnutom rozhodnutí sa náležite vysporiadal aj s námietkami žalobcu uvedenými v odvolaní. Postup žalovanej, ako aj preskúmavané rozhodnutie boli v súlade so zákonom, a preto súd žalobu podľa § 250j ods. 1 O.s.p. zamietol. O trovách konania bolo rozhodnuté podľa § 250k ods. 1 O.s.p. tak, že v konaní neúspešnému žalobcovi súd náhradu trov konania nepriznal. Toto rozhodnutie senát Krajského súdu v Bratislave prijal v pomere hlasov 3:0 (§ 3 ods. 9 veta tretia zákona č. 755/2004 Z.z. o súdoch a o zmene a doplnení niektorých zákonov z znení účinnom od 1.5.2011). Poučenie: Proti tomuto rozsudku je možné podať odvolanie do 15 dní odo dňa jeho doručenia prostredníctvom Krajského súdu v Bratislave na Najvyšší súd Slovenskej republiky, písomne, dvojmo. V odvolaní sa má popri všeobecných náležitostiach (§ 42 ods. 3 O.s.p.) uviesť, proti ktorému rozhodnutiu smeruje, v akom rozsahu sa napáda, v čom sa toto rozhodnutie alebo postup súdu považuje za nesprávny a čoho sa odvolateľ domáha (§ 205 ods. 1 O.s.p.). Pokiaľ zákon pre podanie určitého druhu nevyžaduje ďalšie náležitosti, musí byť z podania zjavné, ktorému súdu je určené, kto ho robí, ktorej veci sa týka a čo sleduje, a musí byť podpísané a datované. Podanie treba predložiť s potrebným počtom rovnopisov a prílohami tak, aby jeden rovnopis zostal na súde a aby každý účastník dostal jeden rovnopis, ak je to potrebné. Ak účastník nepredloží potrebný počet rovnopisov a príloh, súd vyhotoví kópie na jeho trovy (§ 42 ods. 3 O.s.p.). Odvolanie proti rozsudku alebo uzneseniu, ktorým bolo rozhodnuté vo veci samej, možno odôvodniť len tým, že: a/ v konaní došlo k vadám uvedeným v § 221 ods. 1 O.s.p.,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 205a O.s.p.), f/ rozhodnutie súdu prvého stupňa vychádza z nesprávneho právneho posúdenia veci (§ 205 ods. 2 O.s.p.).</w:t>
      </w:r>
    </w:p>
    <w:p/>
    <w:p>
      <w:r>
        <w:t>Zdroj: KAUZIS.SK – https://www.kauzis.sk/judikatura/r/ECLI:SK:KSBA:2015:1014200997.1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