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1S/124/2014 z 18. 3. 2015</w:t>
      </w:r>
    </w:p>
    <w:p>
      <w:r>
        <w:t>Uznesenie Krajského súdu Bratislava z 18. marca 2015, sp. zn. 1S/124/2014, ECLI:SK:KSBA:2015:1014201008.2</w:t>
      </w:r>
    </w:p>
    <w:p>
      <w:r>
        <w:t>Súd: Krajský súd Bratislava</w:t>
      </w:r>
    </w:p>
    <w:p>
      <w:r>
        <w:t>Spisová značka: 1S/124/2014</w:t>
      </w:r>
    </w:p>
    <w:p>
      <w:r>
        <w:t>ECLI: ECLI:SK:KSBA:2015:1014201008.2</w:t>
      </w:r>
    </w:p>
    <w:p>
      <w:r>
        <w:t>Dátum vydania: 18.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1S/124/2014 Identifikačné číslo súdneho spisu: 1014201008 Dátum vydania rozhodnutia: 19. 03. 2015 Meno a priezvisko sudcu, VSÚ: JUDr. Monika Valašíková PhD. ECLI: ECLI:SK:KSBA:2015:1014201008.2 Uznesenie Krajský súd v Bratislave v právnej veci žalobcu: W4, s.r.o., Kopčianska 63, 851 01 Bratislava, IČO: 44 015 232, zastúpený: OLEXOVA VASILISIN s.r.o., advokátska kancelária so sídlom Dunajská 18, 811 08 Bratislava, proti žalovanému: Daňový úrad Bratislava, Ševčenkova 32, 850 00 Bratislava, o preskúmanie zákonnosti rozhodnutia žalovaného č. 9104405/5/1506617/2014/Husá zo dňa 15.4.2014, takto r o z h o d o l : Krajský súd v Bratislave konanie z a s t a v u j e . Žiaden z účastníkov nemá právo na náhradu trov konania. o d ô v o d n e n i e : Žalobca sa žalobou doručenou tunajšiemu súdu dňa 20.6.2014 domáhal preskúmania zákonnosti rozhodnutia žalovaného č. 9104405/5/1506617/2014/Husá zo dňa 15.4.2014, ktorým žalovaný podľa § 44 ods. 6 písm. b) bod 1 zákona č. 511/1992 Zb. v znení neskorších predpisov v nadväznosti na § 165 ods. 5 zákona č. 563/2009 Z.z. o správe daní a o zmene a doplnení niektorých zákonov v znení neskorších predpisov nepriznal žalobcovi nárok na vrátenie nadmerného odpočtu za zdaňovacie obdobie apríl 2008 v sume XXX XXX,XX € a vyrubil mu rozdiel dane z pridanej hodnoty za zdaňovacie obdobie apríl 2008 v sume X XXX,XX €. Pred rozhodnutím vo veci samej žalobca podaním doručeným súdu dňa 3.3.2015 oznámil, že berie svoju žalobu v celom rozsahu späť a žiadal súd, aby o trovách konania rozhodol v zmysle ust. § 146 ods. 1 O.s.p.. Podľa ust. § 250h ods. 2 O.s.p. až do rozhodnutia súdu môže žalobca vziať žalobu späť; ak žalovanému medzitým vznikli trovy konania, rozhodne súd o ich náhrade. Podľa ust. § 250d ods. 3 O.s.p. súd uznesením konanie zastaví aj vtedy, ak žaloba bola vzatá späť (§ 250h ods. 2 O.s.p.). Nakoľko žalobca vzal späť žalobu pred rozhodnutím veci, súd v súlade s ust. § 250d ods. 3 O.s.p. konanie zastavil. O trovách konania súd rozhodol podľa ust. § 146 ods. 1 písm. c) O.s.p. s použitím ust. § 246c O.s.p. tak, že žiaden z účastníkov nemá právo na náhradu trov konania, nakoľko konanie vo veci bolo zastavené. Súdny poplatok za žalobu nebol zaplatený. Toto rozhodnutie prijal senát Krajského súdu v Bratislave v pomere hlasov 3:0 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https://www.kauzis.sk/judikatura/r/ECLI:SK:KSBA:2015:1014201008.2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