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9Sp/59/2014 z 2. 11. 2015</w:t>
      </w:r>
    </w:p>
    <w:p>
      <w:r>
        <w:t>Rozsudok Krajského súdu Bratislava z 2. novembra 2015, sp. zn. 9Sp/59/2014, ECLI:SK:KSBA:2015:1014201084.2</w:t>
      </w:r>
    </w:p>
    <w:p>
      <w:r>
        <w:t>Súd: Krajský súd Bratislava</w:t>
      </w:r>
    </w:p>
    <w:p>
      <w:r>
        <w:t>Spisová značka: 9Sp/59/2014</w:t>
      </w:r>
    </w:p>
    <w:p>
      <w:r>
        <w:t>ECLI: ECLI:SK:KSBA:2015:1014201084.2</w:t>
      </w:r>
    </w:p>
    <w:p>
      <w:r>
        <w:t>Dátum vydania: 2. 11. 2015</w:t>
      </w:r>
    </w:p>
    <w:p>
      <w:r>
        <w:t>Forma: Rozsudok</w:t>
      </w:r>
    </w:p>
    <w:p>
      <w:r>
        <w:t>Oblasť práva: Správne právo</w:t>
      </w:r>
    </w:p>
    <w:p>
      <w:pPr>
        <w:pStyle w:val="Heading2"/>
      </w:pPr>
      <w:r>
        <w:t>Text rozhodnutia</w:t>
      </w:r>
    </w:p>
    <w:p>
      <w:r>
        <w:t>Súd: Krajský súd Bratislava Spisová značka: 9Sp/59/2014 Identifikačné číslo súdneho spisu: 1014201084 Dátum vydania rozhodnutia: 03. 11. 2015 Meno a priezvisko sudcu, VSÚ: JUDr. Beata Jurgošová ECLI: ECLI:SK:KSBA:2015:1014201084.2 ROZSUDOK V MENE SLOVENSKEJ REPUBLIKY Krajský súd v Bratislave v konaní pred sudkyňou JUDr. Beátou Jurgošovou v právnej veci navrhovateľa: Z.. S. Z., nar. XX.XX.XXXX, Z. X, XXX XX C., proti odporcovi: Centrum právnej pomoci, Kancelária Bratislava, Nám. Slobody 12, P.O.BOX 18, 810 05 Bratislava, o preskúmanie zákonnosti rozhodnutia odporcu sp. zn. 1290/2014-KaBa, RZ. 27812/2014 zo dňa 21.05.2014, takto r o z h o d o l : Súd rozhodnutie odporcu sp. zn. 1290/2014-KaBa, RZ. 27812/2014 zo dňa 21.05.2014 podľa § 250q ods. 2 O.s.p. v spojitosti s ust. § 250j ods. 3 O.s.p. zrušuje a vec mu vracia na ďalšie konanie. Súd navrhovateľovi náhradu trov konania nepriznáva. o d ô v o d n e n i e : Napadnutým rozhodnutím sp. zn. 1290/2014-KaBa, RZ 27812/2014 zo dňa 21.05.2014 odporca podľa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odňal navrhovateľovi nárok na poskytnutie právnej pomoci podľa § 14 ods. 1 písm. a/, pretože neposkytoval súčinnosť určenému advokátovi. Proti predmetnému rozhodnutiu podal navrhovateľ opravný prostriedok zo dňa 18.06.2014, ktorým sa domáhal zrušenia napadnutého rozhodnutia a priznania nároku na poskytovanie právnej pomoci. Odporca nepovažoval odvolanie navrhovateľa za dôvodné a žiadal, aby súd napadnuté rozhodnutie potvrdil, a to s poukazom na skutočnosti už v ňom obsiahnuté. Súd prejednal a rozhodol vec bez nariadenia pojednávania podľa § 250f ods. 3 O.s.p. ako miestne a vecne príslušný a dospel k záveru, že napadnuté rozhodnutie odporcu je potrebné zrušiť pri aplikácii § 250j ods. 3 O.s.p. z dôvodu, že súdu nebol predložený administratívny spis odporcu. Podľa ust. § 250q ods. 2 O.s.p. o opravnom prostriedku rozhodne súd rozsudkom, ktorým preskúmavané rozhodnutie buď potvrdí, alebo ho zruší a vráti na ďalšie konanie. Podľa ust.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V danej veci súd výzvou zo dňa 02.07.2014 vyzval odporcu, aby sa v lehote 30 dní vyjadril k odvolaniu navrhovateľa a zaslal príslušný administratívny spis. Po obdržaní vyjadrenia odporcu zo dňa 25.07.2014 bez predloženia spisu súd opätovne vyzval odporcu na predloženie administratívneho spisu do termínu 20.11.2014. Napriek tejto výzve si odporca svoju povinnosť nesplnil. Dňa 15.10.2015 doručil tunajšiemu súdu urgenciu, v zmysle ktorej bolo odvolanie navrhovateľa podané po zákonom stanovenej lehote a žiadal o urýchlené konanie a rozhodnutie vo veci, nakoľko vo veci navrhovateľa sa aj naďalej koná na Okresnom súde Bratislava V pod sp. zn. 7C/89/2012. Keďže do dnešného dňa nebol súdu doručený administratívny spis odporcu spolu s napadnutým rozhodnutím, súdu nezostávalo nič iné a bez toho, aby posúdil včasnosť podania opravného prostriedku navrhovateľa alebo sa venoval meritórne dôvodom uvedeným v opravnom prostriedku, musel pri aplikácii § 250j ods. 3 &lt;aspi://module='ASPI'&amp;link='99/1963 Zb.%2523250j'&amp;ucin-k-dni='30.12.9999'&gt; O.s.p. rozhodnutie odporcu zrušiť z dôvodu nepredloženia administratívneho spisu. O náhrade trov konania rozhodol súd § 250k ods. 1 veta druhá O.s.p (ak bolo rozhodnutie správneho orgánu zrušené z dôvodu podľa § 250j ods. 3 &lt;aspi://module='ASPI'&amp;link='99/1963 Zb. %2523250j'&amp;ucin-k-dni='30.12.9999'&gt; O.s.p. súd žalobcovi prizná plnú náhradu trov konania) v súlade s § 250l ods. 2 O.s.p. a vo veci úspešnému navrhovateľovi náhradu trov konania nepriznal, nakoľko si ju neuplatnil. Poučenie: Proti tomuto rozsudku odvolanie nie je prípustné.</w:t>
      </w:r>
    </w:p>
    <w:p/>
    <w:p>
      <w:r>
        <w:t>Zdroj: KAUZIS.SK – https://www.kauzis.sk/judikatura/r/ECLI:SK:KSBA:2015:1014201084.2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