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2S/145/2014 z 18. 5. 2015</w:t>
      </w:r>
    </w:p>
    <w:p>
      <w:r>
        <w:t>Uznesenie Krajského súdu Bratislava z 18. mája 2015, sp. zn. 2S/145/2014, ECLI:SK:KSBA:2015:1014201098.2</w:t>
      </w:r>
    </w:p>
    <w:p>
      <w:r>
        <w:t>Súd: Krajský súd Bratislava</w:t>
      </w:r>
    </w:p>
    <w:p>
      <w:r>
        <w:t>Spisová značka: 2S/145/2014</w:t>
      </w:r>
    </w:p>
    <w:p>
      <w:r>
        <w:t>ECLI: ECLI:SK:KSBA:2015:1014201098.2</w:t>
      </w:r>
    </w:p>
    <w:p>
      <w:r>
        <w:t>Dátum vydania: 18.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2S/145/2014 Identifikačné číslo súdneho spisu: 1014201098 Dátum vydania rozhodnutia: 19. 05. 2015 Meno a priezvisko sudcu, VSÚ: Mgr. Viliam Pohančeník ECLI: ECLI:SK:KSBA:2015:1014201098.2 Uznesenie Krajský súd v Bratislave v právnej veci žalobcu: Metrostav Slovakia a.s., IČO: 47 144 190, Mlynské Nivy 68, Bratislava, proti žalovanému: Úrad pre verejné obstarávanie, Dunajská 68, P.O. BOX 58, Bratislava, o preskúmanie zákonnosti rozhodnutia žalovaného č. 1117-6000/2014-ON-15 zo dňa 03.06.2014, takto r o z h o d o l : Uznesenie Krajského súdu v Bratislave č. k. 2S/145/2014-38 zo dňa 06.05.2015, ktorým sa konanie zastavilo, sa z r u š u j e v celom rozsahu. o d ô v o d n e n i e : Žalobou doručenou Krajskému súdu v Bratislave dňa 02.07.2014 sa žalobca domáha preskúmania zákonnosti rozhodnutia žalovaného č. 1117-6000/2014-ON-15 zo dňa 03.06.2014, ktorým žalovaný zastavil konanie o námietkach podľa § 139 ods. 1 písm. d) zákona č. 25/2006 Z. z. o verejnom obstarávaní. Keďže žalobca spolu so žalobou nezaplatil súdny poplatok za jej podanie, ktorý je 70,- eur, súd ho pod následkom zastavenia konania vyzval na jeho zaplatenie výzvou č. k. 2S/145/2014-33 zo dňa 14.04.2015. Predmetná výzva bola spolu s príkazom na úhradu a vyjadrením žalovaného doručená žalobcovi dňa 23.04.2015. Žalobca si aj napriek výzve nesplnil poplatkovú povinnosť. Uznesením Krajského súdu v Bratislave č. k. 2S/145/2014-38 zo dňa 06.05.2015 bolo v zmysle ustanovenia § 10 ods. 1 zákona č. 71/1992 Zb. o súdnych poplatkoch a poplatku za výpis z registra trestov v znení neskorších predpisov (ďalej len „zákon č. 71/1992 Zb.“) konanie zastavené z dôvodu, že si žalobca v lehote určenej vo výzve nesplnil poplatkovú povinnosť podľa § 5 ods. 1 písm. a) zákona č. 71/1992 Zb.. Žalobca v 15 dňovej lehote na odvolanie stanovenej v uznesení zaplatil dňa 28.04.2015 súdny poplatok vo výške 70,- eur na účet Slovenskej pošty a.s., ktorý bol v dôsledku chyby v informačnom stredisku zaznamenaný až dňa 19.05.2015. V zmysle § 10 ods. 3 zákona č. 71/1992 Zb.,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zaplatil súdny poplatok za podanú žalobu v rámci lehoty na odvolanie, súd v zmysle § 10 ods. 3 veta prvá zákona č. 71/1992 Zb. uznesenie o zastavení konania zrušil a v konaní bude pokračovať.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https://www.kauzis.sk/judikatura/r/ECLI:SK:KSBA:2015:1014201098.2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