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1S/139/2014 z 23. 2. 2015</w:t>
      </w:r>
    </w:p>
    <w:p>
      <w:r>
        <w:t>Uznesenie Krajského súdu Bratislava z 23. februára 2015, sp. zn. 1S/139/2014, ECLI:SK:KSBA:2015:1014201107.2</w:t>
      </w:r>
    </w:p>
    <w:p>
      <w:r>
        <w:t>Súd: Krajský súd Bratislava</w:t>
      </w:r>
    </w:p>
    <w:p>
      <w:r>
        <w:t>Spisová značka: 1S/139/2014</w:t>
      </w:r>
    </w:p>
    <w:p>
      <w:r>
        <w:t>ECLI: ECLI:SK:KSBA:2015:1014201107.2</w:t>
      </w:r>
    </w:p>
    <w:p>
      <w:r>
        <w:t>Dátum vydania: 23. 2.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1S/139/2014 Identifikačné číslo súdneho spisu: 1014201107 Dátum vydania rozhodnutia: 24. 02. 2015 Meno a priezvisko sudcu, VSÚ: JUDr. Monika Valašíková PhD. ECLI: ECLI:SK:KSBA:2015:1014201107.2 Uznesenie Krajský súd v Bratislave v právnej veci žalobkyne: T., zastúpená: Beňo&amp;partners advokátska kancelária, s.r.o., Nám. Sv. Egídia 93, 058 01 Poprad, proti žalovanému: Ministerstvo vnútra Slovenskej republiky, Pribinova 2, 812 72 Bratislava, o preskúmanie zákonnosti rozhodnutia žalovaného č. KM-OLVS-21/2014/ OPK zo dňa 21.5.2014 v spojení s personálnym rozkazom ministra vnútra Slovenskej republiky č. PR MV SR 28/2014 zo dňa 5.2.2014, takto r o z h o d o l : Rozsudok Krajského súdu v Bratislave č.k. 1S/139/2014-61 zo dňa 4.12.2014 sa v záhlaví opravuje tak, že meno žalobkyne správne znie: ,,T.“. o d ô v o d n e n i e : Krajský súd v Bratislave vydal dňa 4.12.2014 rozsudok č.k. 1S/139/2014-61, v ktorom bolo omylom uvedené nesprávne meno žalobkyne T., pričom správne meno žalobkyne je T. Podľa ust. § 164 zák. č. 99/1963 Zb. Občiansky súdny poriadok v platnom znení (ďalej len O.s.p.) súd kedykoľvek aj bez návrhu opraví v rozsudku chyby v písaní a počítaní, ako aj iné zrejmé nesprávnosti. O návrhu na opravu súd rozhodne do 30 dní od jeho podania. O oprave vydá opravné uznesenie, ktoré doručí účastníkom. Pritom môže odložiť vykonateľnosť rozsudku na čas, kým opravné uznesenie nenadobudne právoplatnosť. Vychádzajúc z uvedeného súd predmetné chyby v písaní v súlade s cit. ustanovením zákona opravil. Poučenie: Proti tomuto uzneseniu možno podať odvolanie do 15 dní odo dňa jeho písomného doručenia na Najvyšší súd Slovenskej republiky, prostredníctvom Krajského súdu v Bratislave. 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https://www.kauzis.sk/judikatura/r/ECLI:SK:KSBA:2015:1014201107.2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