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5Sd/134/2014 z 15. 9. 2015</w:t>
      </w:r>
    </w:p>
    <w:p>
      <w:r>
        <w:t>Uznesenie Krajského súdu Bratislava z 15. septembra 2015, sp. zn. 5Sd/134/2014, ECLI:SK:KSBA:2015:1014201109.3</w:t>
      </w:r>
    </w:p>
    <w:p>
      <w:r>
        <w:t>Súd: Krajský súd Bratislava</w:t>
      </w:r>
    </w:p>
    <w:p>
      <w:r>
        <w:t>Spisová značka: 5Sd/134/2014</w:t>
      </w:r>
    </w:p>
    <w:p>
      <w:r>
        <w:t>ECLI: ECLI:SK:KSBA:2015:1014201109.3</w:t>
      </w:r>
    </w:p>
    <w:p>
      <w:r>
        <w:t>Dátum vydania: 15.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5Sd/134/2014 Identifikačné číslo súdneho spisu: 1014201109 Dátum vydania rozhodnutia: 16. 09. 2015 Meno a priezvisko sudcu, VSÚ: JUDr. Milota Tóthová ECLI: ECLI:SK:KSBA:2015:1014201109.3 Uznesenie Krajský súd v Bratislave v právnej veci navrhovateľa I. C., bytom B. XXXX/XX, H.,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6.5.2014 žiadal preskúmať rozhodnutie odporkyne číslo XXX XXX XXXX X zo dňa 10.4.2014, ktorým odporkyňa od 16. júla 2013 priznala invalidný dôchodok v sume 317,10 eur mesačne, zvýšený od 1. januára 2014 na sumu 321,60 eur mesačne. Prehlásením na pojednávaní dňa 16.9.2015 navrhovateľ vzal späť návrh zo dňa 6.5.2014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https://www.kauzis.sk/judikatura/r/ECLI:SK:KSBA:2015:1014201109.3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