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8Sd/90/2014 z 24. 6. 2015</w:t>
      </w:r>
    </w:p>
    <w:p>
      <w:r>
        <w:t>Uznesenie Krajského súdu Bratislava z 24. júna 2015, sp. zn. 8Sd/90/2014, ECLI:SK:KSBA:2015:1014201110.1</w:t>
      </w:r>
    </w:p>
    <w:p>
      <w:r>
        <w:t>Súd: Krajský súd Bratislava</w:t>
      </w:r>
    </w:p>
    <w:p>
      <w:r>
        <w:t>Spisová značka: 8Sd/90/2014</w:t>
      </w:r>
    </w:p>
    <w:p>
      <w:r>
        <w:t>ECLI: ECLI:SK:KSBA:2015:1014201110.1</w:t>
      </w:r>
    </w:p>
    <w:p>
      <w:r>
        <w:t>Dátum vydania: 24.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8Sd/90/2014 Identifikačné číslo súdneho spisu: 1014201110 Dátum vydania rozhodnutia: 25. 06. 2015 Meno a priezvisko sudcu, VSÚ: JUDr. Peter Pospech ECLI: ECLI:SK:KSBA:2015:1014201110.1 Uznesenie Krajský súd v Bratislave v právnej veci navrhovateľa: F. K., T. Č. XXXXXX/XXXX, A. B. XXXX/X, XXX XX A.,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8.4.2014 žiadal preskúmať rozhodnutie odporkyne číslo XXX XXX XXXX X zo dňa 13.3.2014, ktorým odporkyňa zamietla žiadosť navrhovateľa o zvýšenie invalidného dôchodku. Písomným prehlásením došlým súdu dňa 11.6.2015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https://www.kauzis.sk/judikatura/r/ECLI:SK:KSBA:2015:1014201110.1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