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8Sd/92/2014 z 16. 2. 2015</w:t>
      </w:r>
    </w:p>
    <w:p>
      <w:r>
        <w:t>Rozsudok Krajského súdu Bratislava z 16. februára 2015, sp. zn. 8Sd/92/2014, ECLI:SK:KSBA:2015:1014201140.2</w:t>
      </w:r>
    </w:p>
    <w:p>
      <w:r>
        <w:t>Súd: Krajský súd Bratislava</w:t>
      </w:r>
    </w:p>
    <w:p>
      <w:r>
        <w:t>Spisová značka: 8Sd/92/2014</w:t>
      </w:r>
    </w:p>
    <w:p>
      <w:r>
        <w:t>ECLI: ECLI:SK:KSBA:2015:1014201140.2</w:t>
      </w:r>
    </w:p>
    <w:p>
      <w:r>
        <w:t>Dátum vydania: 16. 2. 2015</w:t>
      </w:r>
    </w:p>
    <w:p>
      <w:r>
        <w:t>Forma: Rozsudok</w:t>
      </w:r>
    </w:p>
    <w:p>
      <w:r>
        <w:t>Oblasť práva: Správne právo</w:t>
      </w:r>
    </w:p>
    <w:p>
      <w:pPr>
        <w:pStyle w:val="Heading2"/>
      </w:pPr>
      <w:r>
        <w:t>Text rozhodnutia</w:t>
      </w:r>
    </w:p>
    <w:p>
      <w:r>
        <w:t>Súd: Krajský súd Bratislava Spisová značka: 8Sd/92/2014 Identifikačné číslo súdneho spisu: 1014201140 Dátum vydania rozhodnutia: 17. 02. 2015 Meno a priezvisko sudcu, VSÚ: JUDr. Peter Pospech ECLI: ECLI:SK:KSBA:2015:1014201140.2 ROZSUDOK V MENE SLOVENSKEJ REPUBLIKY Krajský súd v Bratislave pred samosudcom JUDr. Petrom Pospechom, v právnej veci navrhovateľov: 1/ P. T., J.. XX.X.XXXX, 2/ L. T., J.. XX.X.XXXX, Q. G. P. XX, XXX XX G., obaja zast. JUDr. Karolom Spišákom, advokátom, so sídlom Tuhovská 1, 831 07 Bratislava, proti odporcovi: Sociálna poisťovňa - ústredie, so sídlom Ul. 29. augusta 8, 813 63 Bratislava, zast. Mgr. Barborou Babjakovou, v spore o dátum priznania sirotského dôchodku, takto r o z h o d o l : Súd napadnuté rozhodnutie č. XXX XXX XXXX X zo dňa 14. apríla 2014 o priznaní sirotského dôchodku a napadnuté rozhodnutie č. XXX XXX XXXX X zo dňa 14. apríla 2014 o priznaní sirotského dôchodku p o t v r d z u j e podľa § 250q ods. 2 O.s.p. Navrhovateľom ani právnemu zástupcovi súd náhradu trov konania nepriznáva. o d ô v o d n e n i e : Napadnutým rozhodnutím č. XXX XXX XXXX X zo dňa 14.4.2014 bol navrhovateľovi P. T., J.. XX.X.XXXX, G. P. XX, XXX XX G. podľa § 76 a § 78 ods. 1 a § 82 zákona č. 461/2003 Z.z. v znení neskorších predpisov priznaný od 15.1.2014 sirotský dôchodok v sume 119,40,- eur mesačne. Napadnutým rozhodnutím č. XXX XXX XXXX X zo dňa 14.4.2014 bol navrhovateľke L. T., J.. XX.X.XXXX, G. P. XX, XXX XX G. podľa § 76 a § 78 ods. 1 a § 82 zákona č. 461/2003 Z.z. v znení neskorších predpisov priznaný od 15.1.2014 sirotský dôchodok v sume 119,40,- eur mesačne. Navrhovatelia vo svojom opravnom prostriedku namietali dátum priznania sirotského dôchodku a taktiež žiadali náhradu škody. K predmetu sporu a k opravnému prostriedku oboch navrhovateľov sa odporca písomne vyjadril svojim písomným podaním zo dňa 7.7.2014 došlým konajúcemu súdu dňa 9.7.2014 s tým, že Najvyšší súd Slovenskej republiky vo svojom rozsudku pod č.k. XSo/XX/XXXX zo dňa 30.9.2013 uviedol, že ak účasť zomretého od 1.7.2007 podľa § 21 ods. 1 v spojení s § 138 ods. 9 zákona vznikla, potom v súlade s § 78 ods. 1 veta prvá a druhá zákona, možno obdobie takého poistenia započítať na účely nároku na sirotský dôchodok avšak až odo dňa, ktorým bude zaplatená celá suma dlžného poistného na dôchodkové poistenie. Nárok na sirotský dôchodok by navrhovateľom mohol vzniknúť až dňom zaplatenia poistného. Z uvedeného vyplýva, že nárok navrhovateľov na priznanie sirotského dôchodku mohol v oboch prípadoch vzniknúť až dňom zaplatenia dlžného poistného t.j. od 15.1.2014. Pre úplnosť odporca uviedol, že nárok navrhovateľov na náhradu škody sa netýka preskúmavaných rozhodnutí. Podľa názoru odporcu nárok navrhovateľov na priznanie sirotského dôchodku a tiež dátum ich priznania bol určený správne, v súlade s príslušnými právnymi predpismi a tiež v súlade s právnym názorom Najvyššieho súdu Slovenskej republiky, ktorý bol vyslovený v rozsudku č.k. XSo/XX/XXXX zo dňa 30.9.2013. Krajský súd v Bratislave ako súd vecne a miestne príslušný na konanie podľa tretej hlavy piatej časti O.s.p. preskúmal napadnuté rozhodnutia oboch navrhovateľov v rozsahu dôvodov, ktoré uviedli vo svojom opravnom prostriedku podľa § 244 O.s.p. a po preskúmaní napadnutých rozhodnutí dospel k záveru, že opravný prostriedok navrhovateľov nie je dôvodný. Z obsahu spisového materiálu zistil nasledovný skutkový a právny stav. Rozhodnutím č. XXX XXX XXXX X zo dňa 21.9.2010 bola žiadosť navrhovateľa podľa § 76 ods. 1 zákona č. 461/2003 Z.z. v znení neskorších predpisov zamietnutá z dôvodu, že zomrelý rodič nezískal do 7.7.2009 t.j. ku dňu smrti potrebný počet rokov dôchodkového poistenia na vznik nároku na invalidný dôchodok. Krajský súd v Bratislave rozsudkom pod č.k. XSd XXX/XXXX zo dňa 28.3.2012 zrušil rozhodnutie Sociálnej poisťovne č. XXX XXX XXXX X zo dňa 21.9.2010 a vec jej vrátil na nové konanie. Sociálna poisťovňa v predmetnom spore podala odvolanie, ktorému vyhovel Najvyšší súd Slovenskej republiky a svojim rozsudkom č.k. XSo XX/XXXX zo dňa 30.9.2013 a zmenil rozsudok Krajského súdu v Bratislave č.k. XSd XXX/XXXX - 24 zo dňa 28.3.2012 a rozhodnutie Sociálnej poisťovne č. XXX XXX XXXX X zo dňa 21.9.2010 potvrdil. Navrhovateľka žiadosťou spísanou dňa 16.6.2010 požiadala o priznanie sirotského dôchodku po nebohom otcovi V. T.. Rozhodnutím č. XXX XXX XXXX X zo dňa 21.9.2010 bola žiadosť navrhovateľky podľa § 76 ods. 1 zákona č. 461/2003 Z.z. o sociálnom poistení zamietnutá z dôvodu, že zomrelý rodič nezískal do 7.7.2009 t.j. ku dňu smrti potrebný počet rokov dôchodkového poistenia. Uznesením Krajského súdu v Bratislave č.k. XSd XXX/XXXX - XX zo dňa 19.3.2014 bolo konanie vo veci zastavené a uvedené uznesenie nadobudlo právoplatnosť dňa 19.4.2014. Následne navrhovateľ žiadosťou zo dňa 20.2.2014 opätovne požiadal o priznanie invalidného dôchodku po nebohom otcovi V. T. a sirotský dôchodok žiadal priznať od 7.7.2009. Rozhodnutím č. XXX XXX XXXX X zo dňa 14.4.2014 bol navrhovateľovi priznaný podľa § 76, § 78 ods. 1 a § 82 zákona o sociálnom poistení v znení neskorších predpisov od 15.1.2014 sirotský dôchodok v sume 119,40,- eur. Podľa § 76 ods. 1 zákona o sociálnom poistení, nárok na sirotský dôchodok vznikla nezaopatrenému dieťaťu dňom smrti rodiča ak a/ bol ku dňu smrti poberateľom starobného, predčasného alebo invalidného dôchodku; b/ ku dňu smrti splnil podmienky nároku na starobný dôchodok alebo získal počet rokov dôchodkového poistenia potrebný na nárok na invalidný dôchodok; c/ zomrel v dôsledku pracovného úrazu alebo choroby z povolania. Potrebný počet rokov dôchodkového poistenia na vznik nároku na invalidný dôchodok poistenca vo veku nad 28 rokov je najmenej 5 rokov a zisťuje sa z posledných desiatich rokov pred dňom smrti. Z uvedeného vyplýva, že nebohý otec pred 7.7.2009 získal 2 092 dní obdobia dôchodkového poistenia a získanie ďalšej doby nebolo v konaní preukázané. Suma sirotského dôchodku je podľa § 77 ods. 1 zákona č. 461/2003 Z.z. v znení zákona č. 310/2006 Z.z. 40 % invalidného dôchodku, na ktorý by mal zomretý rodič nárok ku dňu smrti. Suma invalidného dôchodku nebohého otca je určená podľa § 73 ods. 1 zákona č. 600/2003 Z.z. Ku dňu smrti t.j. k 7.7.2009 nebohý otec navrhovateľa získal 8 319 dní obdobia dôchodkového poistenia a suma invalidného dôchodku nebohého otca je 290,80,- eur. Suma invalidného dôchodku podľa predpisov účinných do 31.12.2003 je určená z priemerného mesačného zárobku 135,- eur za roky 2004, 2005, 2003, 2006 a 2008. Invalidný dôchodok je 64,50 % priemerného mesačného zárobku t.j. 87,10,- eur. Suma dôchodku vypočítaná podľa zákona č. 461/2003 Z.z. v znení neskorších predpisov je 290,80,- eur mesačne a suma vypočítaná podľa zákona č. 100/1988 Z.z. v znení neskorších predpisov je 240,60,- eur. Pretože suma dôchodku určená podľa zákona č. 461/2003 Z.z. je vyššia, sirotský dôchodok v sume 116,40,- eur mesačne bol vypočítaný odporcom ako 40 % z tejto sumy. Suma sirotského dôchodku sa podľa § 82 zákona č. 461/2003 Z.z. v znení neskorších predpisov zvyšuje odo dňa priznania o 3,00,- eur, teda o pevnú sumu zvýšenia sirotského dôchodku, ktorá je ustanovená v § 1 písm. k/ opatrenia Ministerstva práce sociálnych vecí a rodiny Slovenskej republiky č. 329/2013. Následne navrhovateľka žiadosťou spísanou dňa 20.2.2014 opätovne požiadala o priznanie sirotského dôchodku po nebohom otcovi V. T. a dôchodok žiadala priznať od 7.7.2009. Rozhodnutím č. XXX XXX XXXX X zo dňa 14.4.2014 bol navrhovateľke podľa § 76, § 78 ods. 1 a § 82 zákona v znení neskorších predpisov priznaný sirotský dôchodok v sume 119,40,- eur. Suma sirotského dôchodku je podľa § 77 ods. 1 zákona č. 461/2003 Z.z. v znení zákona č. 310/2006 Z.z. 40 % invalidného dôchodku na ktorý by mal zomretý rodič nárok. Ku dňu smrti k 7.7.2009 nebohý otec navrhovateľky získal 8 319 dní obdobia dôchodkového poistenia a dôchodkový vek by nebohý otec navrhovateľky podľa § 65 ods. 2 O.s.p. dosiahol dovŕšením veku 62 rokov dňa 27.10.2004. Suma dôchodku vypočítaná podľa zákona č. 461/2003 Z.z. v znení neskorších predpisov je 290,80,- eur mesačne a suma vypočítaná podľa zákona č. 100/1988 Zb. v znení neskorších predpisov je vyššie a sirotský dôchodok navrhovateľky bol vypočítaný ako 40 % z tejto sumy. Suma sirotského dôchodku bola zvýšená odo dňa priznania o 3,00,- eur t.j. o pevnú sumu zvýšenia sirotského dôchodku ustanovenú v § 1 písm. k/ opatrenia Ministerstva práce sociálnych vecí a rodiny Slovenskej republiky č. 329/2013. Podľa rozsudku Najvyššieho súdu Slovenskej republiky č.k. XSo XX/XXXX zo dňa 30.9.2013, ak účasť zomretého od 1.7.2007 podľa § 21 ods. 1 v spojení s § 138 ods. 9 zákona vznikla, potom v súlade s ust. § 78 ods. 1 veta prvá a druhá zákona, potom možno obdobie takého poistenia započítať na účely nároku na sirotský dôchodok, avšak až odo dňa ktorým bude zaplatená celá suma dlžného poistného na dôchodkové poistenia. Na základe tohto právneho názoru Najvyššieho súdu Slovenskej republiky nárok na sirotský dôchodok v oboch prípadoch by mohol vzniknúť až dňom zaplatenia poistného. Z uvedeného konajúci súd dospel k záveru, že nárok navrhovateľov na priznanie invalidného dôchodku mohol vzniknúť až dňom zaplatenia dlžného poistného teda dňa 15.1.2014. Čo sa týka nároku navrhovateľov na náhradu škody tento sa netýka preskúmavaných rozhodnutí. Právny zástupca navrhovateľov predložil krátkou cestou súdu písomné podania oboch navrhovateľov zo dňa 15.10.2010 s tým, že nakoľko k nároku na sirotský dôchodok chýba len 99 dní obaja navrhovatelia sú ochotní doplatiť nedoplatok na poistnom. Po preskúmaní oboch napadnutým rozhodnutí súd dospel k záveru, že tieto sú správne a boli vydané v súlade so zákonom rešpektujúc pritom právny názor Najvyššieho súdu Slovenskej republiky v rozsudku č.k. XSo XX/XXXX zo dňa 30.9.2013 s tým, že nárok na priznanie sirotského dôchodku v oboch prípadoch vznikne až dňom zaplatenia dlžného poistného. Právna zástupkyňa odporcu s odvolaním sa na dôvody napadnutých rozhodnutí a na základe písomného vyjadrenia odporcu žiada napadnuté rozhodnutia ako vecne správne potvrdiť. Právny zástupca navrhovateľov žiadal napadnuté rozhodnutia zrušiť a vrátiť odporcovi na nové konanie a rozhodnutie. Vzhľadom na vyššie uvedené závery súd napadnuté rozhodnutie č. XXX XXX XXXX X zo dňa 14.4.2014 o priznaní sirotského dôchodku navrhovateľa a napadnuté rozhodnutie č. XXX XXX XXXX X zo dňa 14.4.2014 o priznaní sirotského dôchodku navrhovateľky ako vecne správne potvrdil podľa § 250q ods. 2 O.s.p. Právny zástupca oboch navrhovateľov si uplatnil trovy konania a právneho zastúpenia, ktoré však konajúci súd navrhovateľom nepriznal vzhľadom na neúspešnosť v spore podľa § 250k a l O.s.p.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https://www.kauzis.sk/judikatura/r/ECLI:SK:KSBA:2015:1014201140.2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