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2S/152/2014 z 25. 8. 2015</w:t>
      </w:r>
    </w:p>
    <w:p>
      <w:r>
        <w:t>Uznesenie Krajského súdu Bratislava z 25. augusta 2015, sp. zn. 2S/152/2014, ECLI:SK:KSBA:2015:1014201171.2</w:t>
      </w:r>
    </w:p>
    <w:p>
      <w:r>
        <w:t>Súd: Krajský súd Bratislava</w:t>
      </w:r>
    </w:p>
    <w:p>
      <w:r>
        <w:t>Spisová značka: 2S/152/2014</w:t>
      </w:r>
    </w:p>
    <w:p>
      <w:r>
        <w:t>ECLI: ECLI:SK:KSBA:2015:1014201171.2</w:t>
      </w:r>
    </w:p>
    <w:p>
      <w:r>
        <w:t>Dátum vydania: 25. 8. 2015</w:t>
      </w:r>
    </w:p>
    <w:p>
      <w:r>
        <w:t>Forma: Uznesenie</w:t>
      </w:r>
    </w:p>
    <w:p>
      <w:pPr>
        <w:pStyle w:val="Heading2"/>
      </w:pPr>
      <w:r>
        <w:t>Text rozhodnutia</w:t>
      </w:r>
    </w:p>
    <w:p>
      <w:r>
        <w:t>Súd: Krajský súd Bratislava Spisová značka: 2S/152/2014 Identifikačné číslo súdneho spisu: 1014201171 Dátum vydania rozhodnutia: 26. 08. 2015 Meno a priezvisko sudcu, VSÚ: JUDr. Marián Trenčan ECLI: ECLI:SK:KSBA:2015:1014201171.2 Uznesenie Krajský súd v Bratislave v právnej veci žalobcu: BIZ NET, s.r.o., IČO: 44 373 295, Pažítkova 5, Bratislava, proti žalovanému: Finančné riaditeľstvo Slovenskej republiky, Lazovná 63, Banská Bystrica, o preskúmanie zákonnosti rozhodnutia žalovaného č. XXXXXXX/X/XXXXXX/XXXX/XXXX zo dňa 05.05.2014, takto r o z h o d o l : Krajský súd v Bratislave konanie z a s t a v u j e . Žiaden z účastníkov nemá právo na náhradu trov konania. o d ô v o d n e n i e : Žalobou doručenou Krajskému súdu v Bratislave dňa 14.07.2014 sa žalobca domáhal preskúmania zákonnosti rozhodnutia žalovaného č. XXXXXXX/X/XXXXXX/XXXX/XXXX zo dňa 05.05.2014, ktorým žalovaný podľa § 74 ods. 4 zákona č. 563/2009 Z. z. o správe daní (daňový poriadok) a o zmene a doplnení niektorých zákonov v znení neskorších predpisov potvrdil rozhodnutie o uložení predbežného opatrenia Daňového úradu Bratislava č. XXXXXXX/X/XXXXXX/XXXX/Návr zo dňa 27.01.2014, ktorým správca dane uložil žalobcovi predbežné opatrenie spočívajúce v zákaze akéhokoľvek nakladania s peňažnými prostriedkami na účte číslo 2626146596/1100 vedenom v Tatra banke z dôvodu odôvodnenej obavy, že nevyrubená daň bude v dobe jej splatnosti a vymáhateľnosti nevymožiteľná alebo že v tejto dobe bude vymáhanie dane spojené so značnými ťažkosťami. Podaním zo dňa 20.04.2015 spoločnosť Prosman a Pavlovič advokátska kancelária, s.r.o. oznámila krajskému súdu, že v zmysle § 33b Občianskeho zákonníka ukončila právne zastúpenie žalobcu v tomto konaní. Krajský súd v Bratislave výzvou zo dňa 14.05.2015 vyzval žalobcu, aby v lehote 30 dní odo dňa doručenia výzvy predložil plnomocenstvo udelené advokátovi na zastupovanie v konaní pod následkom zastavenia konania v zmysle § 250d ods. 3 O.s.p.. Táto zásielka sa vrátila súdu dňa 19.05.2015 s informáciou poštového doručovateľa: „adresát neznámy“. Podľa § 48 ods. 2 O.s.p., ak nie je možné doručiť písomnosť právnickej osobe na adresu jej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Vzhľadom na to, že súdu sa výzvu zo dňa 14.05.2015 nepodarilo doručiť na adresu uvedenú v žalobe, ktorá je totožná s adresou uvedenou v Obchodnom registri Slovenskej republiky ako sídlo žalobcu a iná adresa nie je súdu známa, súd uplatnil v zmysle § 48 ods. 2 O.s.p. fikciu doručenia. Predmetná výzva sa považuje po troch dňoch od vrátenia nedoručenej zásielky súdu za doručenú a to aj vtedy, ak ten, kto je oprávnený konať za právnickú osobu, sa o tom nedozvie, čo je v danom prípade deň 22.05.2015.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https://www.kauzis.sk/judikatura/r/ECLI:SK:KSBA:2015:1014201171.2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