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8Scud/16/2014 z 9. 3. 2015</w:t>
      </w:r>
    </w:p>
    <w:p>
      <w:r>
        <w:t>Rozsudok Krajského súdu Bratislava z 9. marca 2015, sp. zn. 8Scud/16/2014, ECLI:SK:KSBA:2015:1014201190.1</w:t>
      </w:r>
    </w:p>
    <w:p>
      <w:r>
        <w:t>Súd: Krajský súd Bratislava</w:t>
      </w:r>
    </w:p>
    <w:p>
      <w:r>
        <w:t>Spisová značka: 8Scud/16/2014</w:t>
      </w:r>
    </w:p>
    <w:p>
      <w:r>
        <w:t>ECLI: ECLI:SK:KSBA:2015:1014201190.1</w:t>
      </w:r>
    </w:p>
    <w:p>
      <w:r>
        <w:t>Dátum vydania: 9. 3. 2015</w:t>
      </w:r>
    </w:p>
    <w:p>
      <w:r>
        <w:t>Forma: Rozsudok</w:t>
      </w:r>
    </w:p>
    <w:p>
      <w:r>
        <w:t>Oblasť práva: Správne právo</w:t>
      </w:r>
    </w:p>
    <w:p>
      <w:pPr>
        <w:pStyle w:val="Heading2"/>
      </w:pPr>
      <w:r>
        <w:t>Text rozhodnutia</w:t>
      </w:r>
    </w:p>
    <w:p>
      <w:r>
        <w:t>Súd: Krajský súd Bratislava Spisová značka: 8Scud/16/2014 Identifikačné číslo súdneho spisu: 1014201190 Dátum vydania rozhodnutia: 10. 03. 2015 Meno a priezvisko sudcu, VSÚ: JUDr. Peter Pospech ECLI: ECLI:SK:KSBA:2015:1014201190.1 ROZSUDOK V MENE SLOVENSKEJ REPUBLIKY Krajský súd v Bratislave pred samosudcom JUDr. Petrom Pospechom, v právnej veci navrhovateľa: X. Q., pre S. Z. Q., T.. X.X.XXXX, H. Y. XXX, XXX XX U., Č. M., proti odporcovi: Sociálna poisťovňa - ústredie, so sídlom Ul. 29. augusta 8, 813 63 Bratislava, zast. Mgr. Zuzanou Majerskou, v spore o sirotský dôchodok, takto r o z h o d o l : Súd napadnuté rozhodnutie odporcu č. XXX XXX XXXX X zo dňa 16.4.2014 ako vecne správne p o t v r d z u j e podľa § 250q ods. 2 O.s.p. Navrhovateľovi súd náhradu trov konania nepriznáva. o d ô v o d n e n i e : Napadnutím rozhodnutím č. XXX XXX XXXX X zo dňa 16.4.2014 bola navrhovateľovi podľa § 76 ods. 1 zákona č. 461/2003 Z.z. o sociálnom poistení zamietnutá žiadosť o sirotský dôchodok zo dňa 23.9.2013. Proti uvedenému rozhodnutiu podal navrhovateľ v zákonnej lehote opravný prostriedok v ktorom žiadal sirotský dôchodok pre dcéru, ktorej zomrela matka. V opravnom prostriedku uvádza, že matka bola osem rokov invalidná. Žiada preskúmať všetky skutočnosti, či je jeho žiadosť o sirotský dôchodok oprávnená alebo nie. K predmetu sporu a k opravnému prostriedku sa odporca písomne vyjadril písomným podaním došlým súdu dňa 14.7.2014, že nakoľko zomrelý rodič nebol poberateľom starobného dôchodku, invalidného dôchodku alebo predčasného starobného dôchodku a nesplnil podmienky nároku na starobný dôchodok, nárok by vznikol za splnenia podmienky ak by získal potrebný počet rokov dôchodkového poistenia na nárok na invalidný dôchodok. Potrebný počet rokov dôchodkového poistenia na nárok na invalidný dôchodok poistenca vo veku nad 28 rokov je päť rokov a zisťuje sa z posledných desiatich rokov pred dňom smrti zomrelého. Ku dňu smrti zosnulá matka získala celkovo 1 593 dní, čo predstavuje 4 roky a 133 dní. Keďže zomrelý rodič ku dňu smrti k 29.10.2004 nezískal potrebný počet rokov dôchodkového poistenia, nie sú splnené podmienky nároku na invalidný dôchodok a navrhovateľa nemá nárok na sirotský dôchodok. Krajský súd v Bratislave ako súd vecne a miestne príslušný na konanie podľa tretej hlavy piatej časti O.s.p. preskúmal napadnuté rozhodnutie v rozsahu dôvodov, ktoré uviedol vo svojom opravnom prostriedku navrhovateľ podľa § 244 O.s.p. a po preskúmaní napadnutého rozhodnutia dospel k záveru, že opravný prostriedok navrhovateľa nie je dôvodný. Z obsahu spisu zistil nasledovný skutkový a právny stav. Zosnulá matka ku dňu svojej smrti t.j. ku dňu 29.10.2004 nebola poberateľkou invalidného dôchodku alebo predčasného starobného dôchodku a nesplnila podmienky nároku na starobný dôchodok, preto nárok na sirotský dôchodok by vznikol len za splnenia podmienky, ak by získala potrebný počet rokov dôchodkového poistenia na nárok na invalidný dôchodok. Počet rokov dôchodkového poistenia potrebný na nárok na invalidný dôchodok poistenca vo veku nad 28 rokov je päť rokov a zisťuje sa z posledných desiatich rokov pred dňom smrti zosnulého. Ku dňu smrti zosnulá matka získala spolu 1 593 dní t.j. 4 roky a 133 dní. Pretože nezískala do 29.10.2004 t.j. ku dňu smrti potrebný počet rokov dôchodkového poistenia nie sú splnené podmienky nároku na invalidný dôchodok a z toho nevznikol ani nárok na sirotský dôchodok. Navrhovateľ sa pojednávania v predmetnej veci nezúčastnil avšak doručenie predvolania na pojednávanie vykázal a preto súd po prijatí procesného uznesenia podľa § 101 ods. 2 O.s.p. konal a rozhodol v neprítomnosti navrhovateľa. Prítomná zástupkyňa odporcu s odkazom na dôvody napadnutého rozhodnutia ako aj na dôvody uvedené v písomnom vyjadrení k predmetu sporu a k opravnému prostriedku žiadala napadnuté rozhodnutie č. XXX XXX XXXX X zo dňa 16.4.2014 ako vecne správne potvrdiť. Po preskúmaní napadnutého rozhodnutia konajúci súd napadnuté rozhodnutie odporcu potvrdil z dôvodu, že nárok na sirotský dôchodok nevznikol nakoľko zosnulá matka do 29.10.2004 t.j. ku dňu smrti nezískala potrebný počet rokov dôchodkového poistenia a preto nie sú splnené podmienky nároku na invalidný dôchodok, ako aj na uplatnený sirotský dôchodok. Vzhľadom na vyššie uvedené, súd napadnuté rozhodnutie odporcu č. XXX XXX XXXX X zo dňa 16.4.2014 ako vecne správne potvrdil podľa § 250q ods. 2 O.s.p. Výrok o trovách konania súd oprel o skutočnosť, že navrhovateľ si trovy konania neuplatnil a preto súd rozhodol, že navrhovateľovi trovy konania nepriznáva.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https://www.kauzis.sk/judikatura/r/ECLI:SK:KSBA:2015:1014201190.1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