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9Sp/63/2014 z 9. 2. 2015</w:t>
      </w:r>
    </w:p>
    <w:p>
      <w:r>
        <w:t>Opravné uznesenie Krajského súdu Bratislava z 9. februára 2015, sp. zn. 9Sp/63/2014, ECLI:SK:KSBA:2015:1014201201.2</w:t>
      </w:r>
    </w:p>
    <w:p>
      <w:r>
        <w:t>Súd: Krajský súd Bratislava</w:t>
      </w:r>
    </w:p>
    <w:p>
      <w:r>
        <w:t>Spisová značka: 9Sp/63/2014</w:t>
      </w:r>
    </w:p>
    <w:p>
      <w:r>
        <w:t>ECLI: ECLI:SK:KSBA:2015:1014201201.2</w:t>
      </w:r>
    </w:p>
    <w:p>
      <w:r>
        <w:t>Dátum vydania: 9. 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9Sp/63/2014 Identifikačné číslo súdneho spisu: 1014201201 Dátum vydania rozhodnutia: 10. 02. 2015 Meno a priezvisko sudcu, VSÚ: JUDr. Beata Jurgošová ECLI: ECLI:SK:KSBA:2015:1014201201.2 Opravné uznesenie Krajský súd v Bratislave v právnej veci navrhovateľa: K. J., L.. XX.X.XXXX, J. O. Č.. XXX, zastúpenej JUDr. Miroslavom Ištokom, advokátom so sídlom v Bratislave, Ul. Francisciho č. 11, proti odporcovi: Centrum právnej pomoci, Kancelária Hlohovec, Ul. M.R. Štefánika č. 1, o preskúmanie zákonnosti rozhodnutia odporcu zo dňa 16. júna 2014, sp. zn. 2877/2014, takto r o z h o d o l : Súd opravuje záhlavie rozsudku č.k. 9Sp/63/2014-26 zo dňa 28.11.2014 tak, že správne označenie napadnutého rozhodnutia odporcu znie: „sp. zn. 2877/2014.“ Súd opravuje prvý výrok rozsudku č. k. 9Sp/63/2014-26 zo dňa 28.11.2014 tak, že správne znie: „Súd rozhodnutie odporcu zo dňa 16. júna 2014, sp. zn. 2877/2014 zrušuje podľa § 250j ods. 2 písm. a/ O.s.p. a vec vracia odporcovi na ďalšie konanie.“ o d ô v o d n e n i e : Krajský súd v Bratislave rozhodol vo veci rozsudkom č.k. 9Sp/63/2014-26 zo dňa 28.11.2014, kde v záhlaví a v prvom výroku rozsudku označil napadnuté rozhodnutie odporcu spisovou značkou 877/2014. Odporca v odvolaní zo dňa 27.01.2015 okrem iného namietal aj nesprávne označenie napadnutého rozhodnutia.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rozsudku došlo k chybe v písaní, nakoľko správne označenie spisovej značky napadnutého rozhodnutia odporcu je 2877/2014, a preto súd v zmysle citovaných ustanovení vykonal opravu rozsudku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https://www.kauzis.sk/judikatura/r/ECLI:SK:KSBA:2015:1014201201.2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