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8Scud/17/2014 z 2. 3. 2015</w:t>
      </w:r>
    </w:p>
    <w:p>
      <w:r>
        <w:t>Rozsudok Krajského súdu Bratislava z 2. marca 2015, sp. zn. 8Scud/17/2014, ECLI:SK:KSBA:2015:1014201237.1</w:t>
      </w:r>
    </w:p>
    <w:p>
      <w:r>
        <w:t>Súd: Krajský súd Bratislava</w:t>
      </w:r>
    </w:p>
    <w:p>
      <w:r>
        <w:t>Spisová značka: 8Scud/17/2014</w:t>
      </w:r>
    </w:p>
    <w:p>
      <w:r>
        <w:t>ECLI: ECLI:SK:KSBA:2015:1014201237.1</w:t>
      </w:r>
    </w:p>
    <w:p>
      <w:r>
        <w:t>Dátum vydania: 2. 3. 2015</w:t>
      </w:r>
    </w:p>
    <w:p>
      <w:r>
        <w:t>Forma: Rozsudok</w:t>
      </w:r>
    </w:p>
    <w:p>
      <w:r>
        <w:t>Oblasť práva: Správne právo</w:t>
      </w:r>
    </w:p>
    <w:p>
      <w:pPr>
        <w:pStyle w:val="Heading2"/>
      </w:pPr>
      <w:r>
        <w:t>Text rozhodnutia</w:t>
      </w:r>
    </w:p>
    <w:p>
      <w:r>
        <w:t>Súd: Krajský súd Bratislava Spisová značka: 8Scud/17/2014 Identifikačné číslo súdneho spisu: 1014201237 Dátum vydania rozhodnutia: 03. 03. 2015 Meno a priezvisko sudcu, VSÚ: JUDr. Peter Pospech ECLI: ECLI:SK:KSBA:2015:1014201237.1 ROZSUDOK V MENE SLOVENSKEJ REPUBLIKY Krajský súd v Bratislave pred samosudcom JUDr. Petrom Pospechom, v právnej veci navrhovateľky: G. O., Q. Č. XXXXXX/XXXX, C. N. XA/X/XX, XXXX Y., Q. Q., proti odporcovi: Sociálna poisťovňa - ústredie, so sídlom Ul. 29. augusta 8, 813 63 Bratislava, zast. JUDr. Evou Kuchárikovou, v spore o invalidný dôchodok, takto r o z h o d o l : Súd napadnuté rozhodnutia odporcu č. XXX XXX XXXX X zo dňa 17.7.2014 o znížení sumy invalidného dôchodku v spojení s rozhodnutím č. XXX XXX XXXX X zo dňa 17.7.2014 o zrušení napadnutého rozhodnutia p o t v r d z u j e podľa § 250q ods. 2 O.s.p. Navrhovateľke súd náhradu trov konania nepriznáva. o d ô v o d n e n i e : Napadnutým rozhodnutím č. XXX XXX XXXX X zo dňa 25.3.2014 bol navrhovateľke podľa ustanovenia § 70, § 112 ods. 2 a 6 zákona č. 461/2003 Z.z. o sociálnom poistení v znení neskorších prepisov odňatý invalidný dôchodok. Navrhovateľka v zákonom stanovenej lehote podala opravný prostriedok, v ktorom namietala zhoršený zdravotný stav, ktorý žiadala opätovne prehodnotiť na základe predložených lekárskych správ. K predmetu sporu sa odporca písomne vyjadril svojim písomným podaním zo dňa 29.7.2014, že v dôsledku zmeny v posudkových záveroch bol opätovne posúdený nárok navrhovateľky na invalidný dôchodok a v prílohe písomného podania odporca súdu zaslal rovnopis rozhodnutia č. XXX XXX XXXX X zo dňa 17.7.2014, ktorým bolo v súlade s ustanovením § 112 ods. 1 zákona v rámci autoremedúry zrušené napadnuté rozhodnutie č. XXX XXX XXXX zo dňa 25.3.2014 o odňatí invalidného dôchodku. Súčasne bol ako príloha písomného vyjadrenia odporcu zaslaný aj rovnopis rozhodnutia č. XXX XXX XXXX X zo dňa 17.7.2014, ktorým bol navrhovateľke podľa ustanovenia § 73, § 112 ods. 4 a 6 a § 82 zákona o sociálnom poistení v znení neskorších predpisov od 1.5.2014 znížený invalidný dôchodok na sumu 119,10,- eur mesačne z dôvodu, že jej pokles schopnosti vykonávať zárobkovú činnosť od 21.2.2014 je 45 %. Vzhľadom na tieto dôvody, odporca žiadal napadnuté rozhodnutie ako vecne správne potvrdiť. Krajský súd v Bratislave ako súd vecne a miestne príslušný na konanie podľa tretej hlavy piatej časti O.s.p. preskúmal napadnuté rozhodnutia v rozsahu dôvodov, ktoré uviedla navrhovateľka vo svojom opravnom prostriedku podľa § 244 O.s.p. a po preskúmaní dospel k záveru, že opravný prostriedok navrhovateľky nie je dôvodný. Z obsahu spisového materiálu súd zistil nasledovný skutkový a právny stav. Podľa ustanovenia § 70 ods. 1 zákona č. 461/2003 Z.z. o sociálnom poistení v znení neskorších predpisov, poistenec má nárok na invalidný dôchodok, ak sa stal invalidný, získal počet rokov dôchodkového poistenia uvedený v § 72 citovaného zákona a ku dňu vzniku invalidity nespĺňa podmienky nároku na starobný dôchodok alebo mu nebol priznaný predčasný starobný dôchodok. Podľa ustanovenia § 71 ods. 1 citovaného zákona, poistenec je invalidný ak pre dlhodobo nepriaznivý zdravotný stav má pokles schopnosti vykonávať zárobkovú činnosť o viac ako 40 % v porovnaní so zdravou fyzickou osobou. Podľa posudku posudkového lekára sociálneho poistenia Sociálnej poisťovne, pobočky Bratislava zo dňa 21.2.2014, ktorý bol vypracovaný na základe kontrolnej lekárskej prehliadky určenej na november 2013 nie je navrhovateľka invalidná, nakoľko má pokles schopnosti vykonávať zárobkovú činnosť 20 % z pôvodných 75 %. Keďže zhoršenie zdravotného stavu navrhovateľky podľa záverov posudkových lekárov nie je na takej úrovni, ktorá by bola zakladala vznik invalidity, invalidný dôchodok bol napadnutým rozhodnutím odňatý. Na základe podaného opravného prostriedku bol zdravotný stav navrhovateľky opätovne posúdený posudkovým lekárom sociálneho poistenia Sociálnej poisťovne, pobočky Bratislava a posudkovým lekárom sociálneho poistenia Sociálnej poisťovne - ústredie podľa posudku posudkového lekára Sociálnej poisťovne, pobočky Bratislava zo dňa 27.6.2014 je navrhovateľka od 21.2.2014 invalidná podľa ustanovenia § 71 ods. 1 zákona č. 461/2003 Z.z. o sociálnom poistení a mierou poklesu schopnosti vykonávať zárobkovú činnosť 40 % v porovnaní so zdravou fyzickou osobou. V dôsledku zmeny posudkovým záverov rozhodnutím č. XXX XXX XXXX X zo dňa 17.7.2014 v rámci autoremedúry bolo zrušené napadnuté rozhodnutie č. XXX XXX XXXX X zo dňa 25.3.2014 o odňatí invalidného dôchodku a rozhodnutím č. XXX XXX XXXX X zo dňa 17.7.2014 bol navrhovateľke podľa ustanovenia § 73, § 112 ods. 4 a 6 a § 82 v znení neskorších predpisov znížený invalidný dôchodok na sumu 119,10,- eur mesačne z dôvodu, že jej pokles schopnosti vykonávať zárobkovú činnosť je 45 %. Navrhovateľka sa pojednávania v predmetnej veci nezúčastnila a na základe jej súhlasu súd konal po prijatí procesného uznesenia podľa § 101 ods. 2 O.s.p. v neprítomnosti navrhovateľky. Právna zástupkyňa odporcu s odvolaním sa na dôvody napadnutého rozhodnutia ako aj na dôvody uvedené v písomnom vyjadrení k predmetu sporu žiadala napadnuté rozhodnutie potvrdiť ako vecne správne. Po preskúmaní napadnutých rozhodnutí súd dospel k záveru, že rozhodnutia č. XXX XXX XXXX X zo dňa 17.7.2014 o znížení sumy invalidného dôchodku v spojení s rozhodnutím č. XXX XXX XXXX X zo dňa 17.7.2014 o zrušení napadnutého rozhodnutia sú správne a boli vydané v súlade so zákonom a preto ich potvrdil, podľa § 250q ods. 2 O.s.p. Navrhovateľka si trovy konania neuplatnila a preto súd rozhodol aj vzhľadom na výsledok v spore, že navrhovateľke trovy konania nepriznáva. Poučenie: Proti tomuto rozhodnutiu je možné podať odvolanie v lehote 15 dní od doručenia na Krajský súd v Bratislave, písomne, dvojmo. V odvolaní sa má okrem všeobecných náležitostí (§ 42 ods. 3 O.s.p.), proti ktorému rozhodnutiu odvolanie smeruje, v akom rozsahu sa napáda a v čom vidí odvolávatel nesprávnosť postupu a rozhodnutia súdu.</w:t>
      </w:r>
    </w:p>
    <w:p/>
    <w:p>
      <w:r>
        <w:t>Zdroj: KAUZIS.SK – https://www.kauzis.sk/judikatura/r/ECLI:SK:KSBA:2015:1014201237.1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