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5Sd/162/2014 z 27. 10. 2015</w:t>
      </w:r>
    </w:p>
    <w:p>
      <w:r>
        <w:t>Uznesenie Krajského súdu Bratislava z 27. októbra 2015, sp. zn. 5Sd/162/2014, ECLI:SK:KSBA:2015:1014201240.1</w:t>
      </w:r>
    </w:p>
    <w:p>
      <w:r>
        <w:t>Súd: Krajský súd Bratislava</w:t>
      </w:r>
    </w:p>
    <w:p>
      <w:r>
        <w:t>Spisová značka: 5Sd/162/2014</w:t>
      </w:r>
    </w:p>
    <w:p>
      <w:r>
        <w:t>ECLI: ECLI:SK:KSBA:2015:1014201240.1</w:t>
      </w:r>
    </w:p>
    <w:p>
      <w:r>
        <w:t>Dátum vydania: 27.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5Sd/162/2014 Identifikačné číslo súdneho spisu: 1014201240 Dátum vydania rozhodnutia: 28. 10. 2015 Meno a priezvisko sudcu, VSÚ: JUDr. Milota Tóthová ECLI: ECLI:SK:KSBA:2015:1014201240.1 Uznesenie Krajský súd v Bratislave v právnej veci navrhovateľky: Y.. Y. V., Z.., F. A. XXXX/XX, F. proti odporkyni Sociálnej poisťovni ústredie, Ul. 29. augusta č. 8-10, Bratislava o starobný dôchodok takto r o z h o d o l : Súd konanie zastavuje. Žiaden z účastníkov nemá právo na náhradu trov konania. o d ô v o d n e n i e : Navrhovateľka svojím návrhom zo dňa 29.04.2014 žiadala preskúmať rozhodnutie odporkyne číslo XXX XXX XXXX X zo dňa 03.04.2014, ktorým odporkyňa navrhovateľke od 27. januára 2013 priznala starobný dôchodok v sume 180,00 eur mesačne, zvýšený od 1. januára 2012 na sumu 186,00 eur mesačne, od 1. januára 2013 na sumu 189,50 eur mesačne a od 1. januára 2014 na sumu 192,20 eur mesačne. Písomným prehlásením zo dňa 11.05.2015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https://www.kauzis.sk/judikatura/r/ECLI:SK:KSBA:2015:1014201240.1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