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5Sd/168/2014 z 25. 1. 2015</w:t>
      </w:r>
    </w:p>
    <w:p>
      <w:r>
        <w:t>Uznesenie Krajského súdu Bratislava z 25. januára 2015, sp. zn. 5Sd/168/2014, ECLI:SK:KSBA:2015:1014201276.1</w:t>
      </w:r>
    </w:p>
    <w:p>
      <w:r>
        <w:t>Súd: Krajský súd Bratislava</w:t>
      </w:r>
    </w:p>
    <w:p>
      <w:r>
        <w:t>Spisová značka: 5Sd/168/2014</w:t>
      </w:r>
    </w:p>
    <w:p>
      <w:r>
        <w:t>ECLI: ECLI:SK:KSBA:2015:1014201276.1</w:t>
      </w:r>
    </w:p>
    <w:p>
      <w:r>
        <w:t>Dátum vydania: 25.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5Sd/168/2014 Identifikačné číslo súdneho spisu: 1014201276 Dátum vydania rozhodnutia: 26. 01. 2015 Meno a priezvisko sudcu, VSÚ: JUDr. Milota Tóthová ECLI: ECLI:SK:KSBA:2015:1014201276.1 Uznesenie Krajský súd v Bratislave v právnej veci navrhovateľky Z.. H. E., U. F. XXXX/XX, U.,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22.6.2014 žiadala preskúmať rozhodnutie odporkyne číslo XXX XXX XXXX X zo dňa 2.5.2014, ktorým odporkyňa zvýšila sumu invalidného dôchodku od 29. januára 2014 na 272,70 eur mesačne (miera poklesu schopnosti vykonávať zárobkovú činnosť bola určená v rozsahu 60%). Písomným prehlásením zo dňa 13.9.2014 navrhovateľka vzala späť návrh v celom rozsahu z dôvodu, že jej návrhu bolo v celom rozsahu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https://www.kauzis.sk/judikatura/r/ECLI:SK:KSBA:2015:1014201276.1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