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8Scud/19/2014 z 7. 9. 2015</w:t>
      </w:r>
    </w:p>
    <w:p>
      <w:r>
        <w:t>Uznesenie Krajského súdu Bratislava z 7. septembra 2015, sp. zn. 8Scud/19/2014, ECLI:SK:KSBA:2015:1014201392.3</w:t>
      </w:r>
    </w:p>
    <w:p>
      <w:r>
        <w:t>Súd: Krajský súd Bratislava</w:t>
      </w:r>
    </w:p>
    <w:p>
      <w:r>
        <w:t>Spisová značka: 8Scud/19/2014</w:t>
      </w:r>
    </w:p>
    <w:p>
      <w:r>
        <w:t>ECLI: ECLI:SK:KSBA:2015:1014201392.3</w:t>
      </w:r>
    </w:p>
    <w:p>
      <w:r>
        <w:t>Dátum vydania: 7.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8Scud/19/2014 Identifikačné číslo súdneho spisu: 1014201392 Dátum vydania rozhodnutia: 08. 09. 2015 Meno a priezvisko sudcu, VSÚ: JUDr. Peter Pospech ECLI: ECLI:SK:KSBA:2015:1014201392.3 Uznesenie Krajský súd v Bratislave v právnej veci navrhovateľa: O. B., X. Č. XXXXXX/XXXX, I. X. XX/X/XX, XXXX R., X. X.,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28.5.2014 uvedeným v zápisnici Sociálnej poisťovni - ústredie v Bratislave žiadal preskúmať rozhodnutie odporkyne číslo XXX XXX XXXX zo dňa 25.4.2014, ktorým odporkyňa priznala invalidný dôchodok v sume 309,10 eur mesačne od 7.6.2013. Po vysvetlení predmetu sporu dňa 8.9.2015 navrhovateľ vzalaa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https://www.kauzis.sk/judikatura/r/ECLI:SK:KSBA:2015:1014201392.3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