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5S/175/2014 z 3. 3. 2015</w:t>
      </w:r>
    </w:p>
    <w:p>
      <w:r>
        <w:t>Uznesenie Krajského súdu Bratislava z 3. marca 2015, sp. zn. 5S/175/2014, ECLI:SK:KSBA:2015:1014201399.2</w:t>
      </w:r>
    </w:p>
    <w:p>
      <w:r>
        <w:t>Súd: Krajský súd Bratislava</w:t>
      </w:r>
    </w:p>
    <w:p>
      <w:r>
        <w:t>Spisová značka: 5S/175/2014</w:t>
      </w:r>
    </w:p>
    <w:p>
      <w:r>
        <w:t>ECLI: ECLI:SK:KSBA:2015:1014201399.2</w:t>
      </w:r>
    </w:p>
    <w:p>
      <w:r>
        <w:t>Dátum vydania: 3.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5S/175/2014 Identifikačné číslo súdneho spisu: 1014201399 Dátum vydania rozhodnutia: 04. 03. 2015 Meno a priezvisko sudcu, VSÚ: JUDr. Viera Šebestová ECLI: ECLI:SK:KSBA:2015:1014201399.2 Uznesenie Krajský súd v Bratislave v právnej veci žalobkyne: O. C., bytom D. XX, N., zastúpená: JUDr. Ľudovít Štanglovič, advokát, Jarmočná 2264/3 927 01 Šaľa , proti žalovanému: Okresný úrad Bratislava, odbor výstavby a bytovej politiky, Lamačská cesta 8, 845 14 Bratislava o preskúmanie zákonnosti rozhodnutia žalovaného č.: OU-BA-OVBP2-A/22075/MES zo dňa 10.06.2014 a rozhodnutie stavebného úradu Mesta Svätý Jur č. j.: S../XXXXX/XXXX/XXX-Po zo dňa XX.XX.XXXX, o návrhu na odklad vykonateľnosti, takto r o z h o d o l : Krajský súd v Bratislave o d k l a d á vykonateľnosť rozhodnutia žalovaného č.: OU-BA- P zo dňa 10.06.2014 a rozhodnutie stavebného úradu Mesta Svätý Jur č. j.: S../XXXXX/XXXX/XXX-Po zo dňa 26.11.2013 až do právoplatného rozhodnutia súdu vo veci vedenej pod sp. zn. 5S/175/2014. o d ô v o d n e n i e : Žalobkyňa sa žalobou doručenou tunajšiemu súdu dňa 21.08.2014 domáhala preskúmania zákonnosti rozhodnutia žalovaného č.: OU-BA-P zo dňa 10.06.2014, ktorým žalovaný potvrdil rozhodnutie stavebného úradu Mesta Svätý Jur č. j.: S../XXXXX/XXXX/XXX-Po zo dňa 26.11.2013, ktorým bolo žalobkyni nariadené odstránenie stavby „Rekreačná chata“ umiestnená na pozemku p.č. XXXX/XX v k.ú. Z. Jur v lokalite Dlhé vo Svätom Jure, žumpu a prípojky na inžinierske siete voda a elektro na pozemku p.č. XXXX/XX k.ú. Svätý Jur. Žalobkyňa zároveň požiadal súd o odklad vykonateľnosti napadnutého rozhodnutia žalovaného. Dôvodom tejto žiadosti bola skutočnosť, že okamžitým výkonom napadnutého rozhodnutia by hrozila žalobcovi závažná ujma. Podľa § 250c veta druhá O. s. 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https://www.kauzis.sk/judikatura/r/ECLI:SK:KSBA:2015:1014201399.2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