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6S/175/2014 z 9. 8. 2015</w:t>
      </w:r>
    </w:p>
    <w:p>
      <w:r>
        <w:t>Uznesenie Krajského súdu Bratislava z 9. augusta 2015, sp. zn. 6S/175/2014, ECLI:SK:KSBA:2015:1014201406.1</w:t>
      </w:r>
    </w:p>
    <w:p>
      <w:r>
        <w:t>Súd: Krajský súd Bratislava</w:t>
      </w:r>
    </w:p>
    <w:p>
      <w:r>
        <w:t>Spisová značka: 6S/175/2014</w:t>
      </w:r>
    </w:p>
    <w:p>
      <w:r>
        <w:t>ECLI: ECLI:SK:KSBA:2015:1014201406.1</w:t>
      </w:r>
    </w:p>
    <w:p>
      <w:r>
        <w:t>Dátum vydania: 9.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6S/175/2014 Identifikačné číslo súdneho spisu: 1014201406 Dátum vydania rozhodnutia: 10. 08. 2015 Meno a priezvisko sudcu, VSÚ: JUDr. Soňa Langová ECLI: ECLI:SK:KSBA:2015:1014201406.1 Uznesenie Krajský súd v Bratislave v právnej veci žalobcu: W. N., št. príslušník Č. Ľ. M., prechodne bytom M. XXX, H., právne zastúpený: Advokátska kancelária MULARČÍK A PARTNERI, s.r.o., so sídlom Nám. M. Benku 15, P.O.BOX 285, 810 00 Bratislava, proti žalovanému: Prezídium Policajného zboru, Úrad hraničnej a cudzineckej polície, Riaditeľstvo hraničnej a cudzineckej polície Bratislava, so sídlom Hrobáková 44, 852 42 Bratislava, o preskúmanie zákonnosti rozhodnutia žalovaného č. PPZ-HCP-BA2-2014/008254-005 zo dňa 4.8.2014, jednohlasne, takto r o z h o d o l : Krajský súd v Bratislave konanie z a s t a v u j e . Žiaden z účastníkov nemá právo na náhradu trov konania. o d ô v o d n e n i e : Žalobou podanou na Krajský súd v Bratislave dňa 22.8.2014 sa žalobca domáhal preskúmania zákonnosti rozhodnutia žalovaného č. PPZ-HCP-BA2-2014/008254-005 zo 4.8.2014. Výzvou zo dňa 23.4.2015 doručenou právnemu zástupcovi žalobcu dňa 29.4.2015,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položky 10 písm. a) sadzobníka súdnych poplatkov účinného od 1.10.2012, sa platí súdny poplatok z návrhu na preskúmanie zákonnosti rozhodnutia orgánu verejnej správy na základe žaloby v sume 70,-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https://www.kauzis.sk/judikatura/r/ECLI:SK:KSBA:2015:1014201406.1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