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1S/174/2014 z 11. 1. 2015</w:t>
      </w:r>
    </w:p>
    <w:p>
      <w:r>
        <w:t>Uznesenie Krajského súdu Bratislava z 11. januára 2015, sp. zn. 1S/174/2014, ECLI:SK:KSBA:2015:1014201407.1</w:t>
      </w:r>
    </w:p>
    <w:p>
      <w:r>
        <w:t>Súd: Krajský súd Bratislava</w:t>
      </w:r>
    </w:p>
    <w:p>
      <w:r>
        <w:t>Spisová značka: 1S/174/2014</w:t>
      </w:r>
    </w:p>
    <w:p>
      <w:r>
        <w:t>ECLI: ECLI:SK:KSBA:2015:1014201407.1</w:t>
      </w:r>
    </w:p>
    <w:p>
      <w:r>
        <w:t>Dátum vydania: 11. 1.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1S/174/2014 Identifikačné číslo súdneho spisu: 1014201407 Dátum vydania rozhodnutia: 12. 01. 2015 Meno a priezvisko sudcu, VSÚ: JUDr. Monika Valašíková PhD. ECLI: ECLI:SK:KSBA:2015:1014201407.1 Uznesenie Krajský súd v Bratislave v právnej veci žalobcu: RUSSEL EXPORT - IMPORT s.r.o., Záhradnícka 15, 811 07 Bratislava, v zastúpení: JUDr. Ľudovít Földes, Domašská 11, P.O.BOX 21, 820 08 Bratislava, proti žalovanému: Finančné riaditeľstvo Slovenskej republiky, Lazovná 63, 974 01 Banská Bystrica, o návrhu na odklad vykonateľnosti, takto r o z h o d o l : Krajský súd v Bratislave o d k l a d á vykonateľnosť rozhodnutia žalovaného č. 1100303/1/327759/2014/14230 zo dňa 17.7.2014, až do právoplatného rozhodnutia súdu vo veci samej. o d ô v o d n e n i e : Žalobca sa žalobou doručenou tunajšiemu súdu dňa 22.8.2014 domáhal preskúmania zákonnosti rozhodnutia žalovaného č. 1100303/1/327759/2014/14230 zo dňa 17.7.2014. Žalobca zároveň požiadal súd o odklad vykonateľnosti uvedeného rozhodnutia žalovaného. Ako dôvod žiadosti uviedol, že predmetným rozhodnutím bol žalobcovi vyrubený rozdiel dane z pridanej hodnoty vo výške XXX XXX, XX eur, úhrada ktorého by ekonomicky ohrozila podnikanie žalobcu, čím by bola ohrozená aj existencia spoločnosti a podnikanie žalobcu. Podľa § 250c veta druhá OSP, na žiadosť účastníka môže predseda senátu uznesením vykonateľnosť rozhodnutia odložiť, ak by okamžitým výkonom napadnutého rozhodnutia hrozila závažná ujma. Súd v súlade s citovaným zákonným ustanovením rozhodol o žiadosti žalobcu spôsobom uvedeným vo výroku tohto uznesenia. Poučenie: Proti tomuto uzneseniu odvolanie nie je prípustné.</w:t>
      </w:r>
    </w:p>
    <w:p/>
    <w:p>
      <w:r>
        <w:t>Zdroj: KAUZIS.SK – https://www.kauzis.sk/judikatura/r/ECLI:SK:KSBA:2015:1014201407.1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