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1S/175/2014 z 10. 6. 2015</w:t>
      </w:r>
    </w:p>
    <w:p>
      <w:r>
        <w:t>Rozsudok Krajského súdu Bratislava z 10. júna 2015, sp. zn. 1S/175/2014, ECLI:SK:KSBA:2015:1014201419.1</w:t>
      </w:r>
    </w:p>
    <w:p>
      <w:r>
        <w:t>Súd: Krajský súd Bratislava</w:t>
      </w:r>
    </w:p>
    <w:p>
      <w:r>
        <w:t>Spisová značka: 1S/175/2014</w:t>
      </w:r>
    </w:p>
    <w:p>
      <w:r>
        <w:t>ECLI: ECLI:SK:KSBA:2015:1014201419.1</w:t>
      </w:r>
    </w:p>
    <w:p>
      <w:r>
        <w:t>Dátum vydania: 10. 6. 2015</w:t>
      </w:r>
    </w:p>
    <w:p>
      <w:r>
        <w:t>Forma: Rozsudok</w:t>
      </w:r>
    </w:p>
    <w:p>
      <w:r>
        <w:t>Oblasť práva: Správne právo</w:t>
      </w:r>
    </w:p>
    <w:p>
      <w:pPr>
        <w:pStyle w:val="Heading2"/>
      </w:pPr>
      <w:r>
        <w:t>Text rozhodnutia</w:t>
      </w:r>
    </w:p>
    <w:p>
      <w:r>
        <w:t>Súd: Krajský súd Bratislava Spisová značka: 1S/175/2014 Identifikačné číslo súdneho spisu: 1014201419 Dátum vydania rozhodnutia: 11. 06. 2015 Meno a priezvisko sudcu, VSÚ: JUDr. Monika Valašíková PhD. ECLI: ECLI:SK:KSBA:2015:1014201419.1 ROZSUDOK V MENE SLOVENSKEJ REPUBLIKY Krajský súd v Bratislave v senáte zloženom z predsedníčky senátu JUDr. Moniky Valašikovej PhD., a členov senátu JUDr. Renáty Janákovej a JUDr. Vlastimila Pavlikovského v právnej veci žalobcu: K. Z., nar. XX.XX.XXXX, štátna príslušnosť Q., právne zastúpený advokátkou: Mgr. Jarmila Vargová, Brečtanová 21, Bratislava, proti žalovanému: Prezídium Policajného zboru, Úrad hraničnej a cudzineckej polície, Riaditeľstvo hraničnej a cudzineckej polície, Hrobákova 44, Bratislava o preskúmanie zákonnosti rozhodnutia žalovaného č. PPZ-HCP-BA2-2014/007261-003 zo dňa 16.06.2014 takto: r o z h o d o l : Krajský súd v Bratislave žalobu z a m i e t a. Žalobcovi súd náhradu trov konania nepriznáva. o d ô v o d n e n i e : I. Žalobca sa žalobou doručenou tunajšiemu súdu dňa 26.08.2014 domáhal preskúmania zákonnosti a následne zrušenia rozhodnutia žalovaného č. PPZ-HCP-BA2-2014/007261-003 zo dňa 16.06.2014 v spojení s rozhodnutím Oddelenia cudzineckej polície Policajného zboru Bratislava č.p. PPZ-HCP- BA6-94-013/2014-AV zo dňa 19.05.2014. V žalobe žalobca uviedol, že 19.05.2014 vydalo Oddelenie cudzineckej polície Policajného zboru v Bratislave rozhodnutie o administratívnom vyhostení žalobcu podľa ust. § 82 ods. 1 písm. b), ods. 2 písm. i) a o uložení zákazu vstupu na územie Slovenskej republiky na dobu 5 rokov podľa ust. § 82 ods. 3 písm. b) zákona č. 404/2011 Z.z. o pobyte cudzincov. V rovnaký deň bolo vydané rozhodnutie o zaistení cudzinca. Proti rozhodnutiu o administratívnom vyhostení sa žalobca prostredníctvom svojho právneho zástupcu odvolal. Nakoľko však žalobca z dôvodu nevedomosti a neznalosti podpísal listinu, ktorou sa vzdal odvolania, žalovaný opravný prostriedok odmietol, urobil tak neformálnym oznámením, v ktorom uviedol, že tým, že sa žalobca v zápisnici č. PPZ-HCP-BA6-94-16/2014-AV zo dňa 19.05.2014 dobrovoľne vzdal práva na odvolanie voči rozhodnutiu prvostupňového správneho orgánu sa toto rozhodnutie stalo právoplatným. Dňa 19.05.2014 svojim rozhodnutím účastník konania údajne naplnil podmienku ustanovenú v § 53 zákona o správnom konaní, čím stratil oprávnenie na opätovné podanie odvolania v tej istej veci. Toto rozhodnutie bolo žalobcovi doručené dňa 23.06.2014. Voči žalobcovi bolo dňa 19.05.2014 vydané rozhodnutie o administratívnom vyhostení a o uložení zákazu vstupu na územie Slovenskej republiky. Proti tomuto rozhodnutiu bolo možné podať písomné odvolanie do 15 dní odo dňa doručenia rozhodnutia. Rozhodnutie bolo vypracované a doručené žalobcovi dňa 19.05.2014. Žalobca sa mal podľa záznamu na rozhodnutí vzdať opravného prostriedku, preto rozhodnutie malo dňa 19.05.2014 nadobudnúť právoplatnosť. Žalobca však výslovne vyhlásil, že sa nikdy opravného prostriedku nevzdal a pokiaľ podpísal vzdanie sa odvolania, toto urobil z nevedomosti, pričom nerozumel čo podpisuje. Podľa názoru žalobcu je zrejmé, že úkon, ktorým sa žalobca údajne vzdal odvolania nebol urobený slobodne a vážne, nerozumel čo podpisuje, a preto nemožno jeho vzdanie sa na podanie opravného prostriedku považovať za platný úkon. Žalobca je štátnym príslušníkom Q., ktorý však na jej území už nemá žiadnu rodinu s ktorou by sa pravidelne stýkal. Jeho manželka umrela, zostal sám, a preto z krajiny vycestoval. Jeho jedinou príbuznou s ktorou je v kontakte je jeho sestra, ktorá žije na území Slovenskej republiky v obci K. D., má štátne občianstvo Slovenskej republiky a je mu oporou. Policajný útvar určil zákaz vstupu žalobcu na územie Slovenskej republiky na obdobie 5 rokov, čo znamená na najvyššiu prípustnú dobu. Pokiaľ tak chcel urobiť mal svoje rozhodnutie náležite odôvodniť. Zákon výslovne uvádza zohľadnenie opakovaného vyhostenia alebo vstup na územie Slovenskej republiky počas doby trvania zákazu vstupu. V texte samotného rozhodnutia sa policajný útvar síce zmienil stručne o tom, akým spôsobom a na základe čoho určil takú dlhú lehotu zákazu vstupu, pričom protiprávnosť konania účastníka mala spočívať v neoprávnenom pobyte. Dĺžka protiprávneho pobytu, na ktorú sa správny orgán odvolával vo svojom rozhodnutí, nebola v správnom konaní nijako preukázaná. V súlade s § 82 ods. 4 mal správny orgán podľa názoru žalobcu pri určení lehoty zákazu vstupu zohľadniť skutočnosť, či už sa na žalobcu vzťahovalo viac ako jedno rozhodnutie o administratívnom vyhostení alebo štátny príslušník tretej krajiny vstúpil na územie Slovenskej republiky počas trvania jeho zákazu vstupu. Pri svojej správnej úvahe však správny orgán túto skutočnosť nijako nezohľadnil, ani v rozhodnutí neodôvodnil. Žalobcovi nebol nikdy v minulosti uložený zákaz vstupu. Žalobca má na Slovensku jedinú rodinu, ako už vyššie uviedol, a to svoju sestru. Žalobca sa nedopustil žiadneho trestného činu a jeho porušenie zákona spočívalo v neoprávnenom pobyte a v uvedení nepravdivých skutočností. Preto sa mu zdá uloženie sankcie, a to 5 ročný zákaz vstupu za neprimeraný. Žalobca v žalobe ďalej tvrdí, že namieta konštatovanie správneho orgánu, že na prípad žalobcu nemožno aplikovať ust. § 83 ods. 2 zákona o pobyte cudzincov, teda nebolo možné určiť lehotu na vycestovanie. Žalobca ďalej namieta, že správny orgán nemusel žalobcu zaistiť za účelom výkonu administratívneho vyhostenia, a rovnako nemusel určiť zákaz vstupu a už vôbec nie na dobu 5 rokov, a rovnako nemusel urobiť záznam v Schengenskom informačnom systéme. Pokiaľ tak postupoval, bol povinný svoje rozhodnutie riadne a komplexne odôvodniť, aby bol zrejmý dôvod a správna úvaha, ktorá správny orgán viedla k týmto záverom. Opravný prostriedok žalovaným posudzovaný nebol. Žalovaný po doručení opravného prostriedku iba neformálnym spôsobom oznámil, že vybavil „podanie“ žalobcu, a to tak, že v ňom konštatoval nesplnenie podmienky včasnosti a prípustnosti. Žalovaný o opravnom prostriedku nevydal žiadne rozhodnutie, ktoré by malo náležitosti tak, ako to ustanovuje správny poriadok. Žalovaný má za to, že žalobca vec nesprávne právne posúdil a súčasne, že konanie je postihnuté vadou, ktorá má za následok nezákonnosť rozhodnutia, keďže správny poriadok nepripúšťa vybaviť podanie žalobcu, ktorým je odvolanie formou neformálneho oznámenia. Správny orgán môže výlučne na základe podaného odvolania napadnuté rozhodnutie správneho orgánu zmeniť, zrušiť alebo zamietnuť a potvrdiť rozhodnutie prvostupňového správneho orgánu. Neformálne oznámenie, ktoré vydal žalovaný nemá síce charakter rozhodnutia, avšak žalobca má za to, že nakoľko konečným dôsledkom tohto neformálneho oznámenia je rozhodnutie o jeho právach a povinnostiach, je nutné ho považovať za rozhodnutie a ako také ho preskúmať súdom. Navrhuje, aby súd vzhľadom k tomu, že žalovaný sa pri vydávaní predmetného rozhodnutia dopustil závažných formálnych vád, rozhodnutie žalovaného zo dňa 16.06.2014 zrušil a vec vrátil žalovanému na ďalšie konanie. II. Žalovaný vo vyjadrení k žalobe, ktoré súdu doručil dňa 08.10.2014 uviedol, že dňa 16.06.2014 odvolací orgán neformálnym listom č.p. PPZ-HCP-BA2-2014/007261-003 oznámil žalobcovi, že jeho odvolanie je neprípustné z dôvodu, že sa ho dobrovoľne písomne do zápisnice vzdal. Žalovaný ďalej uvádza, že dňa 19.05.2014 v čase o cca 05.55 hod. bol žalobca kontrolovaný na D. ulici v I. ako spolujazdec počas kontroly osobného motorového vozidla značky K. L., ev. č. S.. Žalobca pri kontrole totožnosti nepredložil žiadny hodnoverný doklad, preto bol predvedený na Obvodné oddelenie PZ Bratislava - Kramáre, kde uviedol osobné údaje na meno J. O., nar. XX.XX.XXXX, bytom K. D.. Pri preverovaní totožnosti žalobcu bolo zistené, že nejde o tú istú osobu, následne bola zistená totožnosť žalobcu a bolo zistené, že ide o cudzinca štátnej príslušnosti Q., menom K. Z., nar. XX.XX.XXXX. Osoba, ktorej údaje opakovanie uvádzal ako svoje je jeho švagor. Z uvedených dôvodov bol žalobca odovzdaný Oddeleniu cudzineckej polície Policajného zboru Bratislava, keďže bolo zistené, že žalobca sa na území Slovenskej republiky zdržiava neoprávnene a bez cestovného dokladu. Dňa 19.05.2014 začal správny orgán prvého stupňa konanie vo veci administratívneho vyhostenia podľa § 82 ods. 1 písm. b), ods. 2 písm. i) zákon o pobyte cudzincov. Pre overenie totožnosti žalobcu bol ako svedok vypočutý aj vodič kontrolovaného auta pán N. Z., narodený XX.XX.XXXX, ktorý potvrdil totožnosť žalobcu. Z informácií získaných zo zápisníc bolo zistené, že žalobca sa zdržiava na území Slovenskej republiky cca 16 rokov a živí sa príležitostnými prácami. V domovskom štáte žijú dve jeho dcéry, s ktorými neudržiava žiadne kontakty. Na území Slovenskej republiky žije jeho sestra J. O., ktorá má trvalý pobyt v obci K. D.. Správny orgán prvého stupňa na základe uvedených skutočností považoval za dostatočne preukázané, že žalobca sa zdržuje na území Slovenskej republiky neoprávnene a zároveň uvádza aj nepravdivé údaje a zavádzajúce údaje, z tohto dôvodu pristúpil k uplatneniu ust. § 82 ods. 1 písm. b), ods. 2 písm. i) zákona o pobyte cudzincov. Pri spisovaní zápisnice, ako aj počas konania bol prítomný tlmočník z jazyka slovenského do jazyka ruského JUDr. Jaroslav Zaremba. Zo zápisnice o podaní vyjadrenia je zrejmé, že žalobca bol oboznámený s celým spisovým materiálom predmetnej zápisnice a je aj zrejmé, že sa vzdal práva na odvolanie. Na základe rozhodnutia č. PPZ-HCP-BA6-94-015/2014-AV bol zaistený a umiestnený v Útvare policajného zaistenia pre cudzincov v Medveďove z dôvodu, že nevlastní cestovný doklad a je potrebné zabezpečiť výkon jeho administratívneho vyhostenia. 04.06.2014 bolo na správny orgán prvého stupňa doručené odvolanie žalobcu podané prostredníctvom jeho právnej zástupkyne JUDr. Jarmily Vargovej. Z dôvodu, že žalobca sa do zápisnice vzdal práva na odvolanie vybavil odvolací orgán jeho odvolanie neformálnym spôsobom a oznámil mu, že jeho odvolanie nie je prípustné. K námietkam žalobcu uvedeným v žalobe, že v danej veci nie je možné aplikovať ust. § 53 správneho poriadku žalovaný uvádza, že s touto námietkou žalobcu nesúhlasí, nakoľko v danom prípade je nesporné, že žalobca sa vzdal odvolania, čím vlastne vyjadril svoju vôľu v konkrétnej veci nevyužiť svoje zákonné právo na podanie riadneho opravného prostriedku. Žalovaný uvádza, že je nesporné, že žalobca sa pohyboval na území Slovenskej republiky bez cestovného dokladu a z jeho výpovede vyplynulo, že na území Slovenskej republiky sa zdržiaval nelegálne približne 16 rokov, dokonca na život si privyrábal nelegálnou prácou. Žalovaný uvádza, že po právoplatnom rozhodnutí o administratívnom vyhostení ide o štandardný postup, ktorý používa policajný útvar a ktorý má oporu aj v zákone. Čo sa týka jeho zaistenia formou rozhodnutia o zaistení zo dňa 19.05.2014 správny orgán tak urobil z dôvodu, že podľa § 88 ods. 1 písm. b) zákona o pobyte cudzincov za účelom zabezpečenia výkonu administratívneho vyhostenia je potrebné ho zaistiť. Tieto skutočnosti sú podľa žalovaného riadne odôvodnené v rozhodnutí o zaistení. K námietke žalobcu, že žalovaný správny orgán oboznámil žalovanú stranu o vybavení odvolania len neformálnym listom žalovaný uvádza, že v tomto prípade ide o štandardný postup, nakoľko odvolanie bolo neprípustné, a to z dôvodu, že sa účastník konania vzdal práva na odvolanie. Správny orgán preto v súlade so zákonom oboznámil účastníka konania o tejto skutočnosti, nakoľko v predmetnej veci nevydáva rozhodnutie upovedomil ho o týchto skutočnostiach listom. Na základe vyššie uvedených skutočností žalovaný navrhuje žalobu zamietnuť.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16.06.2014 č.p. PPZ-HCP-BA2-2014/007261-003, ktorým žalovaný správny orgán oznámil žalobcovi (listom), že preskúmaním odvolania zo dňa 30.05.2014 zistil, že odvolanie voči rozhodnutiu prvostupňového správneho orgánu zo dňa 19.05.2014 nespĺňa podmienku včasnosti a tiež nespĺňa podmienku prípustnosti. Z obsahu administratívneho spisu súd zistil, že žalobca K. Z. bol rozhodnutím prvostupňového správneho orgánu Oddelenia cudzineckej polície Policajného zboru Bratislava č. PPZ-HCP-BA6-94-013/2014-AV zo dňa 19.05.2014 administratívne vyhostený z územia Slovenskej republiky podľa ust. § 82 ods. 1 písm. b), ods. 2 písm. i) zákona č. 404/2011 Z.z. o pobyte cudzincov a zároveň mu bol určený zákaz vstupu na územie Slovenskej republiky podľa ust. § 82 ods. 3 písm. b) citovaného zákona na obdobie 5 rokov. Vyššie citované rozhodnutie bolo vydané na tom skutkovom základe, že žalobca bol dňa 19.05.2014 v čase o cca 5.55 hod. kontrolovaný na ulici D. v I. ako spolujazdec počas kontroly osobného motorového vozidla značky K. L., evidenčné číslo S.. Žalobca pri kontrole totožnosti nevedel predložiť žiadny hodnoverný doklad totožnosti. Následne bol predvedený na Obvodné oddelenie PZ Bratislava - Kramáre, kde uviedol osobné údaje na J. O., bytom K. D.. Pri preverovaní totožnosti žalobcu bolo zistené, že nejde o tú istú osobu. Následne bola zistená totožnosť žalobcu, a síce, že ide o cudzinca štátnej príslušnosti Q., menom K. Z., nar. XX.XX.XXXX. Osoba, ktorej údaje žalobca udával ako svoje je jeho švagor. Z uvedených dôvodov bol žalobca odovzdaný Oddeleniu cudzineckej polície PZ v Bratislave, nakoľko bolo zistené, že na území Slovenskej republiky sa tento zdržiava neoprávnene a bez cestovného dokladu. Dňa 19.05.2014 začal správny orgán prvého stupňa konanie vo veci administratívneho vyhostenia podľa § 82 ods. 1 písm. b), ods. 2 písm. i) zákona o pobyte cudzincov. Pre zistenie úplného skutkového stavu bol žalobca riadne vypočutý, o čom bola spísaná zápisnica č. PPZ-HCP-BA6-94-003/2014-AV. Pre overenie totožnosti žalobcu bol ako svedok vypočutý aj vodič kontrolovaného auta pán N. Z., nar. XX.XX.XXXX. Z informácií získaných zo spísaných zápisníc bolo zistené, že žalobca sa zdržiava na území Slovenskej republiky cca 16 rokov a živí sa príležitostnými prácami. Správny orgán prvého stupňa na základe uvedených skutočností považoval za dostatočne preukázané, že keďže sa žalobca zdržiava na území našej republiky, neoprávnene a súčasne uvádza nepravdivé a zavádzajúce údaje, pristúpil k uplatneniu ust. § 82 ods. 1 písm. b), ods. 2 písm. i) zákona o pobyte cudzincov. Žalobca bol na základe rozhodnutia č.p.: PPZ-HCP-BA6-94-015/2014-AV zaistený a umiestnený v Útvare policajného zaistenia pre cudzincov v Medveďove z dôvodu, že nevlastní cestovný doklad a je potrebné zabezpečiť výkon jeho administratívneho vyhostenia. Dňa 04.06.2014 bolo na správny orgán prvého stupňa doručené odvolanie žalobcu, podané prostredníctvom JUDr. Jarmily Vargovej, advokátky. Z dôvodu, že žalobca sa písomne do zápisnice vzdal práva na odvolanie vybavil odvolací orgán jeho odvolanie neformálnym spôsobom (listom zo dňa 16.06.2014 č. PPZ-HCP-BA2-2014/009922-002), že jeho odvolanie je neprístupné. Toto rozhodnutie (list) je predmetom súdneho prieskumu. Podľa ust. § 51 ods. 1 správneho poriadku, rozhodnutie sa účastníkovi konania oznamuje doručením písomného vyhotovenia tohto rozhodnutia, ak zákon neustanovuje inak. Deň doručenia rozhodnutia je dňom jeho oznámenia. Podľa odseku 2 citovaného ustanovenia, účastníkovi konania, ktorý je prítomný, môže sa rozhodnutie oznámiť ústnym vyhlásením; deň ústneho vyhlásenia rozhodnutia je dňom oznámenia rozhodnutia len vtedy, pokiaľ sa prítomný účastník konania vzdal nároku na doručenie písomného vyhotovenia rozhodnutia. Podľa ust. § 52 ods. 1 správneho poriadku, rozhodnutie proti ktorému sa nemožno odvolať je právoplatné. Podľa ust. § 53 citovaného zákona, proti rozhodnutiu správneho orgánu má účastník konania právo podať odvolanie, pokiaľ zákon neustanovuje inak alebo pokiaľ sa účastník konania odvolania písomne alebo ústne do zápisnice nevzdal. Podľa ust. § 65 ods. 1 citovaného zákona,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Z dikcie vyššie citovaného ustanovenia § 53 správneho poriadku vyplýva, že správny poriadok vychádza z tzv. princípu generálnej klauzuly, ktorý znamená, že účastník konania, resp. jeho zástupca sa môže odvolať voči každému prvostupňovému rozhodnutiu správneho orgánu. Je to dané zásadou dvojinštančnosti správneho konania, ktorá vyjadruje, že každé rozhodnutie správneho orgánu je preskúmateľné ešte ďalšou inštanciou v odvolacom konaní za predpokladu, že k tomu dal účastník konania podnet podaním odvolania. Z tohto pravidla existujú dve výnimky - ak správny poriadok alebo osobitný zákon vylučuje možnosť podať odvolanie proti rozhodnutiu, alebo ak sa účastník konania vzdal odvolania. Možnosť vzdať sa odvolania vyplýva z dispozičnej zásady, ktorá sa viaže bezvýhradne na začatie odvolacieho konania. Podanie odvolania je subjektívnym právom účastníka konania, preto sa účastník konania môže uplatnenia tohto svojho práva vzdať. Podmienku právne účinného vzdania sa odvolania je, aby k nemu došlo na základe výslovného prejavu vôle oprávnenej osoby, urobeného voči správnemu orgánu, ktorý rozhodnutie vydal, a to buď písomným podaním alebo ústne do zápisnice. Z obsahu administratívneho spisu Krajský súd v Bratislave zistil, že prvostupňové rozhodnutie správneho orgánu č. PPZ-HCP-BA6-94-013/2014-AV zo dňa 19.05.2014 prevzal žalobca dňa 19.05.2014 do vlastných rúk, čo potvrdil svojím podpisom na uvedenom rozhodnutí. Taktiež dňa 19.05.2014 žalobca do zápisnice uviedol, že prekladu ustanoveného tlmočníka z ruského jazyka do slovenského jazyka a naopak plne rozumie a dobrovoľne sa vzdáva práva na odvolanie voči rozhodnutiu č. PPZ-HCP-BA6-94-013/2014-AV zo dňa 19.05.2014 rovnako, ako aj voči rozhodnutiu č. PPZ-HCP- BA6-94-015/2014-AV zo dňa 19.05.2014. Uvedeným vyhlásením žalobcu do zápisnice napadnuté rozhodnutie č. PPZ-HCP-BA6-94-013/2014-AV zo dňa 19.05.2014 nadobudlo právoplatnosť. Súd konštatoval, že zo zápisnice o podaní vyjadrenia, ktorá bola spísaná dňa 19.05.2014 podľa § 22 ods. 1 zákona o správnom konaní nesporne vyplýva, že žalobca uvádza, že sa dobrovoľne vzdáva práva na podanie odvolania voči rozhodnutiu o administratívnom vyhostení, ako aj rozhodnutiu o zaistení. Túto zápisnicu žalobca vlastnoručne podpísal za prítomnosti npor. X. S., por. A. T., ako aj tlmočníka z jazyka ruského do jazyka slovenského JUDr. Jaroslava Zarembu. Na tomto skutkovom základe súd konštatoval, že zo strany žalobcu nesporne došlo k platnému vzdania sa jeho práva - podania odvolania. Odvolací správny orgán preskúmal podané odvolanie a konštatoval, že toto nespĺňa podmienku včasnosti a tiež nespĺňa podmienku prípustnosti. Podmienka prípustnosti odvolania je splnená vtedy, ak smeruje voči prvostupňovému rozhodnutiu, ktoré ešte nie je právoplatné a ak ho podala oprávnená osoba v 15 dňovej odvolacej lehote. Z dikcie vyššie citovaného ust. § 52 ods. 1 zákona o správnom konaní vyplýva, že rozhodnutie, proti ktorému nie je možné podať odvolanie je právoplatné. Na základe vyššie uvedených skutočností vyplýva, že žalobca sa nesporne právne účinným spôsobom dňa 19.05.2014 písomne do zápisnice vzdal dobrovoľne práva na podanie odvolania voči prvostupňovému rozhodnutiu v dôsledku čoho toto podľa ust. § 53 správneho poriadku nadobudlo právoplatnosť. Tým, že sa žalobca dobrovoľne vzdal práva na podanie odvolania toto nadobudlo právoplatnosť, a preto postup žalovaného správneho orgánu, ktorý o odvolaní nerozhodoval, len túto skutočnosť neformálnym spôsobom (listom) oznámil právnej zástupkyni žalobcu je možné považovať za súladné so zákonom. Krajský súd v Bratislave dospel k právnemu záveru totožnému so záverom správneho orgánu a konštatoval, že postup žalovaného správneho orgánu bol v súlade so zákonom, a preto postupom podľa ust. § 250j ods. 1 O.s.p. žalobu zamietol. O trovách konania rozhodol podľa ust. § 250k ods. 1 O.s.p. tak, že v konaní neúspešnému žalobcovi súd ich náhradu nepriznal. Toto rozhodnutie prijal senát Krajského súdu v Bratislave v pomere hlasov 3:0 (§ 3 ods. 9 veta tretia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https://www.kauzis.sk/judikatura/r/ECLI:SK:KSBA:2015:1014201419.1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