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5Sd/196/2014 z 10. 3. 2015</w:t>
      </w:r>
    </w:p>
    <w:p>
      <w:r>
        <w:t>Uznesenie Krajského súdu Bratislava z 10. marca 2015, sp. zn. 5Sd/196/2014, ECLI:SK:KSBA:2015:1014201436.1</w:t>
      </w:r>
    </w:p>
    <w:p>
      <w:r>
        <w:t>Súd: Krajský súd Bratislava</w:t>
      </w:r>
    </w:p>
    <w:p>
      <w:r>
        <w:t>Spisová značka: 5Sd/196/2014</w:t>
      </w:r>
    </w:p>
    <w:p>
      <w:r>
        <w:t>ECLI: ECLI:SK:KSBA:2015:1014201436.1</w:t>
      </w:r>
    </w:p>
    <w:p>
      <w:r>
        <w:t>Dátum vydania: 10.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5Sd/196/2014 Identifikačné číslo súdneho spisu: 1014201436 Dátum vydania rozhodnutia: 11. 03. 2015 Meno a priezvisko sudcu, VSÚ: JUDr. Milota Tóthová ECLI: ECLI:SK:KSBA:2015:1014201436.1 Uznesenie Krajský súd v Bratislave v právnej veci navrhovateľky B. R., Q. Ľ. XXXX/X, Q., S.. T.. I. T., J., P. P. B. XX, Q., U..G..Q. X, Q. XX, proti odporkyni Sociálnej poisťovni ústredie, Ul. 29. augusta č. 8-10, Bratislava, o invalidný dôchodok, takto r o z h o d o l : Súd konanie z a s t a v u j e . Odporkyňa je povinná zaplatiť navrhovateľke náhradu trov konania v sume 255,28 eur na účet právneho zástupcu navrhovateľky do 15 dní odo dňa právoplatnosti uznesenia. o d ô v o d n e n i e : Navrhovateľka návrhom zo dňa 22.8.2014 žiadala preskúmať rozhodnutie odporkyne číslo XXX XXX XXXX zo dňa 5.8.2014, ktorým odporkyňa zamietla žiadosť navrhovateľky o invalidný dôchodok zo dňa 4. júla 2014. Prehlásením na pojednávaní dňa 11.3.2015 právny zástupca navrhovateľky vzal späť návrh zo dňa 22.8.2014 v celom rozsahu z dôvodu, že odporkyňa zmenila svoje negatívne rozhodnutie a priznala navrhovateľke invalidný dôchodok v sume 155,40 a eur mesačne. Odporkyňa nemala námietky proti späťvzatiu návrhu. Súd podľa § 250d ods. 3 v spojení s § 250h ods. 2 a § 250l ods. 2 O.s.p. konanie zastavil. O trovách konania súd rozhodol podľa § 246c a § 146 ods. 2 veta druhá O.s.p. Navrhovateľka bola v konaní úspešná, a preto jej súd priznal náhradu trov konania, ktoré jej vznikli na nákladoch právneho zastúpenia. Súd priznal právnemu zástupcovi navrhovateľky náhradu trov konania a to za 2 úkony v roku 2014 vo výške 1/13 výpočtového základu podľa § 11 ods. 4 veta druhá vyhlášky č. 655/2004 Z.z. (1. príprava a prevzatie zastúpenia, 2. písomné podanie na súd dňa 2.8.2014), t.j. 2 x 61,87 eur a režijný paušál 2 x 8,04 eur (§ 16 ods. 3) a za 1 úkon v roku 2015 vo výške 1/13 výpočtového základu podľa § 11 ods. 4 veta druhá vyhlášky č. 655/2004 Z.z. (účasť na pojednávaní dňa 11.3.2015), t.j. 1 x 64,53 eur a režijný paušál 1 x 8,39 eur (§ 16 ods. 3) celkove suma trov právneho zastúpenia za roky 2014 a 2015 predstavuje 212,74 eur a je zvýšená o DPH (§ 18 ods. 3 vyhlášky č. 655/2004 Z.z) čo predstavuje 20% zo sumy 212,74 eur, t.j. o 42,54 eur. Trovy právneho zastúpenia prestavujú celkove 255,28 eur, ktoré odporkyňa zaplatí na účet právneho zástupcu navrhovateľky v A. Q., J..P.. Q., I.: P. XXXX XXXX XXXX XXXX XXXX, P.: A..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https://www.kauzis.sk/judikatura/r/ECLI:SK:KSBA:2015:1014201436.1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