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1S/184/2014 z 27. 9. 2015</w:t>
      </w:r>
    </w:p>
    <w:p>
      <w:r>
        <w:t>Opravné uznesenie Krajského súdu Bratislava z 27. septembra 2015, sp. zn. 1S/184/2014, ECLI:SK:KSBA:2015:1014201459.2</w:t>
      </w:r>
    </w:p>
    <w:p>
      <w:r>
        <w:t>Súd: Krajský súd Bratislava</w:t>
      </w:r>
    </w:p>
    <w:p>
      <w:r>
        <w:t>Spisová značka: 1S/184/2014</w:t>
      </w:r>
    </w:p>
    <w:p>
      <w:r>
        <w:t>ECLI: ECLI:SK:KSBA:2015:1014201459.2</w:t>
      </w:r>
    </w:p>
    <w:p>
      <w:r>
        <w:t>Dátum vydania: 27. 9.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1S/184/2014 Identifikačné číslo súdneho spisu: 1014201459 Dátum vydania rozhodnutia: 28. 09. 2015 Meno a priezvisko sudcu, VSÚ: JUDr. Monika Valašíková PhD. ECLI: ECLI:SK:KSBA:2015:1014201459.2 Opravné uznesenie Krajský súd v Bratislave v právnej veci žalobcu: Lesoochranárske zoskupenie VLK, občianske združenie, IČO: 31 303 862, Tulčík č. 26, zastúpený: JUDr. Iveta Rajtáková, advokátka, Štúrova 20, Košice, proti žalovanému: Ministerstvo životného prostredia Slovenskej republiky, Námestie Ľ. Štúra č. 1, Bratislava, o preskúmanie zákonnosti rozhodnutia žalovaného č. 5484/2014-3.4/ak zo dňa 25.06.2014, takto r o z h o d o l : Rozsudok Krajského súdu v Bratislave č.k. 1S 184/2014-92 zo dňa 16.04.2015 sa vo výroku v časti o trovách konania, kde krajský súd uviedol: „Účastníkom sa právo na náhradu trov konania nepriznáva.“ opravuje tak, že tento výrok správne znie: „Žalobcovi súd náhradu trov konania nepriznáva.“ o d ô v o d n e n i e : Krajský súd v Bratislave na pojednávaní konanom dňa 16.04.2015 vyhlásil rozsudok, ktorým zamietol žalobu žalobcu. O náhrade trov konania rozhodol tak, že žalobcovi náhradu trov konania nepriznal. V písomnom vyhotovení rozsudku č.k. 1S 184/2014-92 zo dňa 16.04.2015 došlo k zrejmej nesprávnosti, a to v druhom výroku, keď súd nesprávne uviedol „Účastníkom sa právo na náhradu trov konania nepriznáva.“ namiesto výroku v zápisnici o pojednávaní zo dňa 16.04.2015, kde je uvedené „Žalobcovi súd náhradu trov konania nepriznáva.“. Podľa ust. § 164 zák. č. 99/1963 Zb. občiansky súdny poriadok v platnom znení (ďalej len O.s.p.)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Vzhľadom k tomu, že pri vyhotovení predmetného rozsudku došlo k zrejmej nesprávnosti a chybám v písaní, tým, že v druhom výroku súd nesprávne uviedol „Účastníkom sa právo na náhradu trov konania nepriznáva.“ namiesto „Žalobcovi súd náhradu trov konania nepriznáva.“, vychádzajúc z pokynov uvedených v liste Najvyššieho súdu Slovenskej republiky sp. zn. 4Sžf/115/2015 zo dňa 02.09.2015, ktorý bol tunajšiemu súdu doručený dňa 07.09.2015, súd predmetné chyby v písaní v súlade s cit. ustanovením zákona opravil. Poučenie: Proti tomuto uzneseniu možno podať odvolanie do 15 dní odo dňa jeho písomného doručenia na Najvyšší súd Slovenskej republiky,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https://www.kauzis.sk/judikatura/r/ECLI:SK:KSBA:2015:1014201459.2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