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5Sd/202/2014 z 8. 4. 2015</w:t>
      </w:r>
    </w:p>
    <w:p>
      <w:r>
        <w:t>Uznesenie Krajského súdu Bratislava z 8. apríla 2015, sp. zn. 5Sd/202/2014, ECLI:SK:KSBA:2015:1014201463.1</w:t>
      </w:r>
    </w:p>
    <w:p>
      <w:r>
        <w:t>Súd: Krajský súd Bratislava</w:t>
      </w:r>
    </w:p>
    <w:p>
      <w:r>
        <w:t>Spisová značka: 5Sd/202/2014</w:t>
      </w:r>
    </w:p>
    <w:p>
      <w:r>
        <w:t>ECLI: ECLI:SK:KSBA:2015:1014201463.1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5Sd/202/2014 Identifikačné číslo súdneho spisu: 1014201463 Dátum vydania rozhodnutia: 09. 04. 2015 Meno a priezvisko sudcu, VSÚ: JUDr. Milota Tóthová ECLI: ECLI:SK:KSBA:2015:1014201463.1 Uznesenie Krajský súd v Bratislave v právnej veci navrhovateľa F. A., Q. W. XX, Q.,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 svojím návrhom zo dňa 3.9.2014 žiadal preskúmať rozhodnutie odporkyne číslo XXX XXX XXXX X zo dňa 5.8.2014, ktorým odporkyňa zvýšila sumu invalidného dôchodku od 11. júna 2014 na 258,20 eur mesačne (miera poklesu schopnosti vykonávať zárobkovú činnosť bola stanovená na 60%). Písomným prehlásením zo dňa 15.12.2014 navrhovateľ vzal späť návrh v celom rozsahu z dôvodu, že jeho návrhu bolo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https://www.kauzis.sk/judikatura/r/ECLI:SK:KSBA:2015:1014201463.1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