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5Sd/213/2014 z 10. 3. 2015</w:t>
      </w:r>
    </w:p>
    <w:p>
      <w:r>
        <w:t>Rozsudok Krajského súdu Bratislava z 10. marca 2015, sp. zn. 5Sd/213/2014, ECLI:SK:KSBA:2015:1014201519.2</w:t>
      </w:r>
    </w:p>
    <w:p>
      <w:r>
        <w:t>Súd: Krajský súd Bratislava</w:t>
      </w:r>
    </w:p>
    <w:p>
      <w:r>
        <w:t>Spisová značka: 5Sd/213/2014</w:t>
      </w:r>
    </w:p>
    <w:p>
      <w:r>
        <w:t>ECLI: ECLI:SK:KSBA:2015:1014201519.2</w:t>
      </w:r>
    </w:p>
    <w:p>
      <w:r>
        <w:t>Dátum vydania: 10. 3. 2015</w:t>
      </w:r>
    </w:p>
    <w:p>
      <w:r>
        <w:t>Forma: Rozsudok</w:t>
      </w:r>
    </w:p>
    <w:p>
      <w:r>
        <w:t>Oblasť práva: Správne právo</w:t>
      </w:r>
    </w:p>
    <w:p>
      <w:pPr>
        <w:pStyle w:val="Heading2"/>
      </w:pPr>
      <w:r>
        <w:t>Text rozhodnutia</w:t>
      </w:r>
    </w:p>
    <w:p>
      <w:r>
        <w:t>Súd: Krajský súd Bratislava Spisová značka: 5Sd/213/2014 Identifikačné číslo súdneho spisu: 1014201519 Dátum vydania rozhodnutia: 11. 03. 2015 Meno a priezvisko sudcu, VSÚ: JUDr. Milota Tóthová ECLI: ECLI:SK:KSBA:2015:1014201519.2 ROZSUDOK V MENE SLOVENSKEJ REPUBLIKY Krajský súd v Bratislave samosudkyňou JUDr. Milotou Tóthovou v právnej veci navrhovateľa A. T., U. T. XXX/X, U., proti odporkyni Sociálnej poisťovni ústredie, Ul. 29. augusta č. 8-10, Bratislava, o invalidný dôchodok, takto r o z h o d o l : Súd rozhodnutie odporkyne číslo XXX XXX XXXX X zo dňa 19. septembra 2014 v spojení so zmenovým rozhodnutím číslo XXX XXX XXXX X zo dňa 19. februára 2015 p o t v r d z u j e . Účastníkom náhradu trov konania nepriznáva. o d ô v o d n e n i e : Rozhodnutím číslo XXX XXX XXXX X zo dňa 30. apríla 2014 odporkyňa podľa § 70 ods. 1 zákona č. 461/2003 Z.z. o sociálnom poistení v znení neskorších predpisov zamietla žiadosť navrhovateľa o invalidný dôchodok s odôvodnením, že potrebný počet rokov dôchodkového poistenia na vznik nároku na invalidný dôchodok poistenca vo veku nad 28 rokov do 34 rokov je najmenej päť rokov a zisťuje sa z obdobia pred vznikom invalidity, navrhovateľ pred vznikom invalidity, pred 13. septembrom 2012 získal 1 818 dní obdobia dôchodkového poistenia, t.j. 4 roky a 358 dní obdobia dôchodkového poistenia, čím nesplnil podmienku potrebného počtu rokov obdobia dôchodkového poistenia na vznik nároku na invalidný dôchodok. Rozhodnutím číslo XXX XXX XXXX X zo dňa 1. októbra 2014 odporkyňa podľa § 112 zákona č. 461/2003 Z.z. o sociálnom poistení v znení neskorších predpisov zrušila rozhodnutie číslo 810 715 6137 0 zo dňa 30. apríla 2014 s odôvodnením, že bol opätovne posúdený zdravotný stav navrhovateľa a podľa posudku posudkového lekára sociálneho poistenia Sociálnej poisťovne ústredie Bratislava zo dňa 10. septembra 2014 bol navrhovateľ uznaný invalidný podľa § 71 ods. 1 zákona č. 461/2003 Z.z. o sociálnom poistení v znení neskorších predpisov od 6. septembra 2012 s mierou poklesu schopnosti vykonávať zárobkovú činnosť 60%. Rozhodnutím číslo XXX XXX XXXX X zo dňa 19. septembra 2014 odporkyňa podľa § 70 ods. 1 zákona č. 461/2003 Z.z. o sociálnom poistení v znení neskorších predpisov zamietla žiadosť navrhovateľa o invalidný dôchodok s odôvodnením, že potrebný počet rokov dôchodkového poistenia na vznik nároku na invalidný dôchodok poistenca vo veku nad 28 rokov do 34 rokov je najmenej päť rokov a zisťuje sa z obdobia pred vznikom invalidity, navrhovateľ pred vznikom invalidity, pred 6. septembrom 2012 získal 1 818 dní obdobia dôchodkového poistenia, t.j. 4 roky a 358 dní obdobia dôchodkového poistenia, čím nesplnil podmienku potrebného počtu rokov obdobia dôchodkového poistenia na vznik nároku na invalidný dôchodok. Rozhodnutím číslo XXX XXX XXXX X zo dňa 19. februára 2015 zamietla žiadosť o invalidný dôchodok z rovnakých právnych dôvodov a zmenila rozhodnutie číslo XXX XXX XXXX X zo dňa 19. septembra 2014 v časti odôvodnenia tak, že potrebný počet rokov dôchodkového poistenia na vznik nároku na invalidný dôchodok poistenca vo veku nad 28 rokov do 34 rokov je najmenej päť rokov a zisťuje sa z obdobia pred vznikom invalidity, navrhovateľ pred vznikom invalidity, pred 6. septembrom 2012 získal 1 818 dní obdobia dôchodkového poistenia, t.j. 4 roky a 358 dní obdobia dôchodkového poistenia, čím nesplnil podmienku potrebného počtu rokov obdobia dôchodkového poistenia na vznik nároku na invalidný dôchodok. Navrhovateľ dňa 13. novembra 2014 uhradil poistné na dôchodkové poistenie za obdobie od 5. októbra 2013 do 12. októbra 2013 podľa § 142 ods. 3 písm. c) zákona č. 461/2003 Z.z. v znení zákona č. 721/2004 Z.z., vzhľadom na to, že invalidita vznikla dňa 6. septembra 2012 nie je možné vzhľadom na § 72 ods. 2 zákona č. 461/2003 Z.z. v znení zákona č. 449/2008 Z.z. zhodnotiť obdobie od 5. októbra 2013 do 12. októbra 2013, za ktoré bolo dňa 13. novembra 2014 zaplatené poistné na dôchodkové poistenie pre nárok na invalidný dôchodok ako obdobie dôchodkového poistenia, pretože sa jedná o obdobie po vzniku invalidity. Navrhovateľ návrhom zo dňa 3.6.2014 žiadal preskúmať rozhodnutie odporkyne číslo XXX XXX XXXX X zo dňa 30. apríla 2014 a žiadal o zmenu dátumu vzniku invalidity od 11.12.2013. Odporkyňa v písomnom vyjadrení zo dňa 8.10.2014 poukázala na to, že navrhovateľ bol posudkovým lekárom Sociálnej poisťovne pobočka Bratislava uznaný invalidným podľa § 71 ods. 1 zákona č. 461/2003 Z,.z. o sociálnom poistení v znení neskorších predpisov od 13.9.2012 s mierou poklesu schopnosti vykonávať zárobkovú činnosť 60%. Na základe posudku posudkového lekára sociálnej poisťovne ústredie Bratislava bol uznaný invalidným podľa § 71 ods. 1 zákona č. 461/2003 Z,.z. o sociálnom poistení v znení neskorších predpisov od 6.9.2012 s mierou poklesu schopnosti vykonávať zárobkovú činnosť 60%. Z dôvodu nového vzniku invalidity navrhovateľa od 6.9.2012 bol opätovne posúdený nárok na invalidný dôchodok a bolo vydané nové rozhodnutie číslo XXX XXX XXXX X zo dňa 19. septembra 2014, avšak jeho žiadosť o invalidný dôchodok bola opätovne zamietnutá pre nesplnenie podmienky potrebnej doby poistenia podľa ustanovenia § 72 ods. 1 písm. d) zákona č. 461/2003 Z.z. o sociálnom poistení v znení neskorších predpisov, podľa ktorého počet rokov dôchodkového poistenia na vznik nároku na invalidný dôchodok poistenca vo veku 28 rokov do 34 rokov je päť rokov, ktorý sa podľa § 72 ods. 2 cit. zákona sa zisťuje z obdobia pred vznikom invalidity. Navrhovateľ ku dňu vzniku invalidity 6.9.2012 dosiahol vek 31 rokov, pred vznikom invalidity, t.j. pred 6.9.2012 získal celkove 4 roky a 358 dní dôchodkového poistenia, čím nesplnil podmienky nároku na vznik invalidného dôchodku podľa § 70 ods. 1 a ust. § 72 ods. 1 písm. d) cit. zákona. Zároveň rozhodnutím číslo XXX XXX XXXX X zo dňa 1. októbra 2014 bolo napadnuté rozhodnutie číslo XXX XXX XXXX X zo dňa 30. apríla 2014 zrušené. Rozhodnutie číslo XXX XXX XXXX X zo dňa 19. septembra 2014 žiadala ako vecne správne potvrdiť. Súd preskúmal rozhodnutie číslo XXX XXX XXXX X zo dňa 19. septembra 2014 v spojení so zmenovým rozhodnutím číslo XXX XXX XXXX X zo dňa 19. februára 2015 podľa § 250l a nasl. O.s.p., prejednal návrh navrhovateľa a dospel k záveru, že návrh nie je dôvodný. Súd vykonal dokazovanie výsluchom účastníkov, oboznámil sa s posudkom posudkového lekára Sociálnej poisťovne pobočka Bratislava zo dňa 11.12.2013 a 30.7.2014, posudkom posudkového lekára Sociálnej poisťovne ústredie Bratislava zo dňa 10.9.2014 a doplňujúcim odborným vyjadrením posudkového lekára Sociálnej poisťovne ústredie Bratislava zo dňa 21.1.2015, s obsahom posudkového spisu a dávkového spisu odporkyne číslo XXX XXX XXXX X a zistil tento skutkový stav. Navrhovateľ žiadosťou zo dňa 11.12.2013 požiadal o priznanie invalidného dôchodku od 6.9.2012. Navrhovateľ bol uznaný za invalidného od 13.9.2012 na základe posudku posudkového lekára Sociálnej poisťovne pobočka Bratislava zo dňa 11.12.2013. Posudkový lekár konštatoval, že navrhovateľ od mladosti denne pije, v septembri 2012 sa pre ožltnutie dostal do nemocnice, kde bolo zistené alkoholické poškodenie pečene a žalúdka, stav po preliečení bol zlepšený. Uviedol, že pretrváva aj poškodenie mozgu a periférnych nervov ako aj obraz závislej osobnosti. Rozhodujúcim zdravotným postihnutím u navrhovateľa sú duševné poruchy a poruchy správania spôsobené užívaním psychoaktívnych látok, ťažká forma (kapitola V., položka 7 písm. b) prílohy č. 4 zákona č. 461/2003 Z.z. o sociálnom poistení), mieru poklesu schopnosti vykonávať zárobkovú činnosť stanovil na 60%. Dátum vzniku invalidity stanovil dňom prepustenia z hospitalizácie, t.j. od 13.9.2012. Navrhovateľ je invalidný podľa § 71 ods. 1 zákona č. 461/2003 Z.z. o sociálnom poistení v znení neskorších predpisov, lebo pre dlhodobo nepriaznivý zdravotný stav má pokles schopnosti vykonávať zárobkovú činnosť o viac ako 40% v porovnaní so zdravou fyzickou osobou. Po podaní opravného prostriedku zdravotný stav a pracovnú schopnosť navrhovateľa opätovne posúdil posudkový lekár Sociálnej poisťovne pobočka Bratislava, ktorý v posudku zo dňa 30.7.2014 zotrval na posudkovom závere uvedenom v posudku zo dňa 11.12.2013. Posudkový lekár Sociálnej poisťovne ústredie Bratislava v posudku zo dňa 10.9.2014 konštatoval, že navrhovateľ trpí na choroby a to poruchy psychiky a správania zapríčinené užitím alkoholu a cirhózu pečene. U navrhovateľa je anamnéza primárneho interného ochorenia pečene a to cirhózy pečene etanoltoxickej genézy, možná, potvrdená iba sonografickým vyšetrením, metabolicky a vaskulárne na hranici kompenzácie, s príznakmi portálnej hypertenzie, pažerákovými varixami I. stupňa a počínajúcou encefalopatiou. Podľa jediného psychiatrického vyšetrenia zo septembra 2012 sa jedná o syndróm závislosti od alkoholu, polyneuropatiu etanoltoxickej genézy. Posledné neurologické vyšetrenie zo dňa 8.9.2012 záveruje daný stav ako atrofiu mozgu v hemisférach a vo vermis, hraničnú polyneuropatiu a tenznú bolesť hlavy. Rozhodujúcim zdravotným postihnutím u navrhovateľa sú duševné poruchy a poruchy správania spôsobené užívaním psychoaktívnych látok - alkoholizmus, ťažká forma (kapitola V., položka 7 písm. b) prílohy č. 4 zákona č. 461/2003 Z.z. o sociálnom poistení), kde mieru poklesu schopnosti vykonávať zárobkovú činnosť stanovil na 60%. Dátum vzniku invalidity stanovil dňom prijatia na oddelenie dlhodobo chorých pre akútne zhoršenie zdravotného stavu s krvácaním do tráviaceho traktu, t.j. od 6.9.2012. Navrhovateľ je invalidný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19. septembra 2014, ktorým podľa § 70 ods. 1 zákona č. 461/2003 Z.z. o sociálnom poistení v znení neskorších predpisov zamietla žiadosť navrhovateľa o invalidný dôchodok s odôvodnením, že navrhovateľ nezískal potrebný počet rokov dôchodkového poistenia na vznik nároku na invalidný dôchodok, ktorý u poistenca vo veku nad 28 rokov do 34 rokov je najmenej päť rokov a zisťuje sa z obdobia pred vznikom invalidity a nakoľko navrhovateľ pred vznikom invalidity, pred 6. septembrom 2012 získal 1 818 dní obdobia dôchodkového poistenia, t.j. 4 roky a 358 dní obdobia dôchodkového poistenia, nesplnil podmienku potrebného počtu rokov obdobia dôchodkového poistenia na vznik nároku na invalidný dôchodok. Navrhovateľ pri výsluchu v súdnom konaní zotrval na podanom návrhu, predložil doklad o dodatočnom doplatení poistného na dôchodkové poistenia podľa § 142 ods. 3 zákona č. 461/2003 Z.z. a poukazoval na to, že dňa 11.11.2014 doplatil dôchodkové poistenie dodatočne od 5.10.2013 do 12.10.2013. Zároveň doložil nové lekárske nálezy. Súd doplnil dokazovanie vyžiadaním si stanoviska príslušného posudkového lekára ohľadom možnosti posunutia dátumu vzniku invalidity navrhovateľa od 13.10.2013. Posudkový lekár Sociálnej poisťovne ústredie Bratislava v doplňujúcom odbornom vyjadrení zo dňa 21.1.2015 po vyhodnotení nových lekárskych nálezov a to hepatologického vyšetrenia zo dňa 28.10.2014 a neurologického vyšetrenia zo dňa 8.9.2014 z posudkového a klinického hľadiska konštatoval, že uvedené nové lekárske nálezy nezdokladovali zhoršenie zdravotného stavu navrhovateľa. Zotrval na posudkovom závere uvedenom v posudku zo dňa 10.9.2014 s tým, že dátum vzniku invalidity navrhovateľa je dňom 6.9.2012 na podklade zhoršenia zdravotného stavu a lekárskych vyšetrení, ktoré potvrdili dlhodobo zhoršený zdravotný stav. Navrhovateľ zotrval na podanom návrhu. Zástupkyňa odporkyne sa v plnom rozsahu pridŕžala písomného vyjadrenia zo dňa 8.10.2014 a poukázala na to, že navrhovateľ doplatil poistné na dôchodkové poistenie za obdobie od 5.10.2013 do 12.10.2013 podľa § 142 ods. 3 zákona č. 461/2003 Z.z. o sociálnom poistení v znení neskorších predpisov, avšak vzhľadom na skutočnosť, že sa jedná o doplatenie poistného po vzniku invalidity, nie je možné toto doplatenie poistného navrhovateľovi zhodnotiť. Rozhodnutie číslo XXX XXX XXXX X zo dňa 19. septembra 2014 v spojení so zmenovým rozhodnutím číslo XXX XXX XXXX X zo dňa 19. februára 2015 žiadala ako vecne správne potvrdiť.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72 ods. 1 písm. d) cit. zákona počet rokov dôchodkového poistenia na vznik nároku na invalidný dôchodok poistenca vo veku nad 28 rokov do 34 rokov je najmenej päť rokov. Podľa § 72 ods. 2 cit. zákona počet rokov dôchodkového poistenia na vznik nároku na invalidný dôchodok sa zisťuje z obdobia pred vznikom invalidity. Podľa § 142 ods. 3 zákona č. 461/2003 Z.z. v znení zákona č. 721/2003 Z.z. poistné na dôchodkové poistenie sa môže zaplatiť aj dodatočne za obdobie, počas ktorého fyzická osoba a) mala prerušené poistenie podľa § 26, b) bola zaradená do evidencie nezamestnaných občanov alebo c) sústavne sa pripravovala na povolanie štúdiom na strednej škole alebo na vysokej škole po dovŕšení 16 rokov veku. Z vykonaného dokazovania mal súd za preukázané, že posudkový lekár Sociálnej poisťovne pobočka Bratislava v posudku zo dňa 11.12.2013 a 30.7.2014 uznal navrhovateľa za invalidného od 13.9.2012 podľa § 71 ods. 1 zákona č. 461/2003 Z.z. o sociálnom poistení. Navrhovateľ ku dňu vzniku invalidity, t.j. k 13.9.2012 získal 1 818 dní obdobia dôchodkového poistenia, t.j. 4 roky a 358 dní dôchodkového poistenia. Posudkový lekár Sociálnej poisťovne ústredie Bratislava v posudku zo dňa 10.9.2014 ako aj v doplňujúcom odbornom vyjadrení zo dňa 21.1.2015 uznal navrhovateľa za invalidného od 6.9.2012 podľa § 71 ods. 1 zákona č. 461/2003 Z.z. o sociálnom poistení. Navrhovateľ ku dňu vzniku invalidity, t.j. k 6.9.2012 rovnako získal 1 818 dní obdobia dôchodkového poistenia, t.j. 4 roky a 358 dní obdobia dôchodkového poistenia. Podľa potvrdenia Sociálnej poisťovne pobočka Bratislava zo dňa 11.11.2014 navrhovateľ dopláca poistné na dôchodkové poistenie dodatočne za obdobie od 5.10.2013 do 12.10.2013 podľa § 142 ods. 3 písm. b) zákona č. 461/2003 Z.z. o sociálnom poistení v znení zákona č. 721/2004 Z.z.. Z príjmového pokladničného dokladu č. 20 010 474 zo dňa 13.11.2014 vyplýva, že navrhovateľ dodatočne doplatil poistné na dôchodkové poistenie dňa 13.11.2014 v sume 24,32 eur za obdobie od 5.10.2013 do 12.10.2013. Súd v tejto súvislosti konštatuje, že vzhľadom na skutočnosť, že invalidita navrhovateľa vznikla 6.9.2012, nie je možné s prihliadnutím na ustanovenie § 72 ods. 2 zákona č. 461/2003 Z.z. o sociálnom poistení v znení neskorších predpisov zohľadniť toto obdobie od 5.10.2013 do 12.10.2013 pre nárok na invalidný dôchodok, nakoľko ide o obdobie po vzniku invalidity. Navrhovateľ ku dňu vzniku invalidity 6.9.2012 dosiahol vek 31 rokov, a preto v tomto prípade splnenie zákonom stanovenej podmienky získania potrebného počtu rokov obdobia dôchodkového poistenia na nárok na invalidný dôchodok je podmienené získaním najmenej päť rokov dôchodkového poistenia pred vznikom invalidity. Odporkyňa preto správne rozhodla, keď žiadosť navrhovateľa o priznanie invalidného dôchodku rozhodnutím číslo XXX XXX XXXX X zo dňa 19. septembra 2014 v spojení so zmenovým rozhodnutím číslo XXX XXX XXXX X zo dňa 19. februára 2015 zamietla, pretože pre priznanie invalidného dôchodku je potrebné splniť obidve podmienky stanovené v § 70 ods. 1 zákona č. 461/2003 Z.z. o sociálnom poistení a to invaliditu z hľadiska zdravotného stavu a pracovnej schopnosti a preukázania 5 rokov zamestnania, z čoho druhú podmienku navrhovateľ nesplnil. Krajský súd preto z vyššie uvedených dôvodov napadnuté rozhodnutie odporkyne číslo XXX XXX XXXX X zo dňa 19. septembra 2014 v spojení so zmenovým rozhodnutím číslo XXX XXX XXXX X zo dňa 19. februára 2015 podľa § 250q ods. 2 O.s.p. ako vecne správne potvrdil. O trovách konania súd rozhodol podľa § 250k ods. 1 v spojení s § 250l ods. 2 O.s.p. Navrhovateľ nebol v konaní úspešný, a preto mu súd ich náhradu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https://www.kauzis.sk/judikatura/r/ECLI:SK:KSBA:2015:1014201519.2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